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4819"/>
        <w:gridCol w:w="5102"/>
      </w:tblGrid>
      <w:tr>
        <w:tc>
          <w:tcPr>
            <w:tcW w:type="dxa" w:w="5213"/>
            <w:tcBorders>
              <w:top w:val="nil"/>
              <w:left w:val="nil"/>
              <w:bottom w:val="nil"/>
              <w:right w:val="nil"/>
            </w:tcBorders>
          </w:tcPr>
          <w:p>
            <w:r>
              <w:rPr>
                <w:rFonts w:ascii="Times New Roman" w:hAnsi="Times New Roman" w:eastAsia="Times New Roman"/>
                <w:b w:val="0"/>
                <w:i w:val="0"/>
                <w:sz w:val="22"/>
              </w:rPr>
              <w:t>Đơn vị: ................................................</w:t>
            </w:r>
          </w:p>
          <w:p>
            <w:r>
              <w:rPr>
                <w:rFonts w:ascii="Times New Roman" w:hAnsi="Times New Roman" w:eastAsia="Times New Roman"/>
                <w:b w:val="0"/>
                <w:i w:val="0"/>
                <w:sz w:val="22"/>
              </w:rPr>
              <w:t>Địa chỉ: ...............................................</w:t>
            </w:r>
          </w:p>
        </w:tc>
        <w:tc>
          <w:tcPr>
            <w:tcW w:type="dxa" w:w="5213"/>
            <w:tcBorders>
              <w:top w:val="nil"/>
              <w:left w:val="nil"/>
              <w:bottom w:val="nil"/>
              <w:right w:val="nil"/>
            </w:tcBorders>
          </w:tcPr>
          <w:p>
            <w:pPr>
              <w:jc w:val="center"/>
            </w:pPr>
            <w:r>
              <w:rPr>
                <w:rFonts w:ascii="Times New Roman" w:hAnsi="Times New Roman" w:eastAsia="Times New Roman"/>
                <w:b/>
                <w:i w:val="0"/>
                <w:sz w:val="22"/>
              </w:rPr>
              <w:t>Mẫu số 05 - TT</w:t>
            </w:r>
          </w:p>
          <w:p>
            <w:pPr>
              <w:jc w:val="center"/>
            </w:pPr>
            <w:r>
              <w:rPr>
                <w:rFonts w:ascii="Times New Roman" w:hAnsi="Times New Roman" w:eastAsia="Times New Roman"/>
                <w:b w:val="0"/>
                <w:i w:val="0"/>
                <w:sz w:val="22"/>
              </w:rPr>
              <w:t>(Kèm theo Thông tư số 99/2025/TT-BTC</w:t>
            </w:r>
          </w:p>
          <w:p>
            <w:pPr>
              <w:jc w:val="center"/>
            </w:pPr>
            <w:r>
              <w:rPr>
                <w:rFonts w:ascii="Times New Roman" w:hAnsi="Times New Roman" w:eastAsia="Times New Roman"/>
                <w:b w:val="0"/>
                <w:i w:val="0"/>
                <w:sz w:val="22"/>
              </w:rPr>
              <w:t>ngày 27 tháng 10 năm 2025 của Bộ trưởng Bộ Tài chính)</w:t>
            </w:r>
          </w:p>
        </w:tc>
      </w:tr>
    </w:tbl>
    <w:p>
      <w:pPr>
        <w:jc w:val="center"/>
      </w:pPr>
      <w:r>
        <w:rPr>
          <w:rFonts w:ascii="Times New Roman" w:hAnsi="Times New Roman" w:eastAsia="Times New Roman"/>
          <w:b/>
          <w:i w:val="0"/>
          <w:sz w:val="30"/>
        </w:rPr>
        <w:t>GIẤY ĐỀ NGHỊ THANH TOÁN</w:t>
      </w:r>
    </w:p>
    <w:p>
      <w:pPr>
        <w:jc w:val="center"/>
      </w:pPr>
      <w:r>
        <w:rPr>
          <w:rFonts w:ascii="Times New Roman" w:hAnsi="Times New Roman" w:eastAsia="Times New Roman"/>
          <w:b w:val="0"/>
          <w:i w:val="0"/>
          <w:sz w:val="24"/>
        </w:rPr>
        <w:t>Ngày ….. tháng ….. năm …..</w:t>
      </w:r>
    </w:p>
    <w:p>
      <w:r>
        <w:rPr>
          <w:rFonts w:ascii="Times New Roman" w:hAnsi="Times New Roman" w:eastAsia="Times New Roman"/>
          <w:b w:val="0"/>
          <w:i w:val="0"/>
          <w:sz w:val="24"/>
        </w:rPr>
        <w:t>Kính gửi: ............................................................................................................................</w:t>
      </w:r>
    </w:p>
    <w:p>
      <w:r>
        <w:rPr>
          <w:rFonts w:ascii="Times New Roman" w:hAnsi="Times New Roman" w:eastAsia="Times New Roman"/>
          <w:b w:val="0"/>
          <w:i w:val="0"/>
          <w:sz w:val="24"/>
        </w:rPr>
        <w:t>Họ và tên người đề nghị thanh toán: ................................................................................</w:t>
      </w:r>
    </w:p>
    <w:p>
      <w:r>
        <w:rPr>
          <w:rFonts w:ascii="Times New Roman" w:hAnsi="Times New Roman" w:eastAsia="Times New Roman"/>
          <w:b w:val="0"/>
          <w:i w:val="0"/>
          <w:sz w:val="24"/>
        </w:rPr>
        <w:t>Bộ phận (hoặc địa chỉ): ......................................................................................................</w:t>
      </w:r>
    </w:p>
    <w:p>
      <w:r>
        <w:rPr>
          <w:rFonts w:ascii="Times New Roman" w:hAnsi="Times New Roman" w:eastAsia="Times New Roman"/>
          <w:b w:val="0"/>
          <w:i w:val="0"/>
          <w:sz w:val="24"/>
        </w:rPr>
        <w:t>Nội dung thanh toán: ...........................................................................................................</w:t>
      </w:r>
    </w:p>
    <w:p>
      <w:r>
        <w:rPr>
          <w:rFonts w:ascii="Times New Roman" w:hAnsi="Times New Roman" w:eastAsia="Times New Roman"/>
          <w:b w:val="0"/>
          <w:i w:val="0"/>
          <w:sz w:val="24"/>
        </w:rPr>
        <w:t>.................................................................................................................................................</w:t>
      </w:r>
    </w:p>
    <w:p>
      <w:r>
        <w:rPr>
          <w:rFonts w:ascii="Times New Roman" w:hAnsi="Times New Roman" w:eastAsia="Times New Roman"/>
          <w:b w:val="0"/>
          <w:i w:val="0"/>
          <w:sz w:val="24"/>
        </w:rPr>
        <w:t>Số tiền: .............................................  (Viết bằng chữ): ...................................................</w:t>
      </w:r>
    </w:p>
    <w:p>
      <w:r>
        <w:rPr>
          <w:rFonts w:ascii="Times New Roman" w:hAnsi="Times New Roman" w:eastAsia="Times New Roman"/>
          <w:b w:val="0"/>
          <w:i w:val="0"/>
          <w:sz w:val="24"/>
        </w:rPr>
        <w:t>.................................................................................................................................................</w:t>
      </w:r>
    </w:p>
    <w:p>
      <w:r>
        <w:rPr>
          <w:rFonts w:ascii="Times New Roman" w:hAnsi="Times New Roman" w:eastAsia="Times New Roman"/>
          <w:b w:val="0"/>
          <w:i w:val="0"/>
          <w:sz w:val="24"/>
        </w:rPr>
        <w:t>(Kèm theo: ............................ chứng từ gốc).</w:t>
      </w:r>
    </w:p>
    <w:tbl>
      <w:tblPr>
        <w:tblW w:type="auto" w:w="0"/>
        <w:jc w:val="center"/>
        <w:tblLayout w:type="fixed"/>
        <w:tblLook w:firstColumn="1" w:firstRow="1" w:lastColumn="0" w:lastRow="0" w:noHBand="0" w:noVBand="1" w:val="04A0"/>
      </w:tblPr>
      <w:tblGrid>
        <w:gridCol w:w="2606"/>
        <w:gridCol w:w="2606"/>
        <w:gridCol w:w="2606"/>
        <w:gridCol w:w="2606"/>
      </w:tblGrid>
      <w:tr>
        <w:tc>
          <w:tcPr>
            <w:tcW w:type="dxa" w:w="2606"/>
            <w:vAlign w:val="center"/>
            <w:tcBorders>
              <w:top w:val="nil"/>
              <w:left w:val="nil"/>
              <w:bottom w:val="nil"/>
              <w:right w:val="nil"/>
            </w:tcBorders>
          </w:tcPr>
          <w:p>
            <w:pPr>
              <w:jc w:val="center"/>
            </w:pPr>
            <w:r/>
            <w:r>
              <w:rPr>
                <w:rFonts w:ascii="Times New Roman" w:hAnsi="Times New Roman" w:eastAsia="Times New Roman"/>
                <w:b/>
                <w:i w:val="0"/>
                <w:sz w:val="22"/>
              </w:rPr>
              <w:t>Người đề nghị</w:t>
            </w:r>
            <w:r>
              <w:br/>
            </w:r>
            <w:r>
              <w:rPr>
                <w:rFonts w:ascii="Times New Roman" w:hAnsi="Times New Roman" w:eastAsia="Times New Roman"/>
                <w:b/>
                <w:i w:val="0"/>
                <w:sz w:val="22"/>
              </w:rPr>
              <w:t>thanh toán</w:t>
            </w:r>
          </w:p>
        </w:tc>
        <w:tc>
          <w:tcPr>
            <w:tcW w:type="dxa" w:w="2606"/>
            <w:vAlign w:val="center"/>
            <w:tcBorders>
              <w:top w:val="nil"/>
              <w:left w:val="nil"/>
              <w:bottom w:val="nil"/>
              <w:right w:val="nil"/>
            </w:tcBorders>
          </w:tcPr>
          <w:p>
            <w:pPr>
              <w:jc w:val="center"/>
            </w:pPr>
            <w:r/>
            <w:r>
              <w:rPr>
                <w:rFonts w:ascii="Times New Roman" w:hAnsi="Times New Roman" w:eastAsia="Times New Roman"/>
                <w:b/>
                <w:i w:val="0"/>
                <w:sz w:val="22"/>
              </w:rPr>
              <w:t>Phụ trách</w:t>
            </w:r>
            <w:r>
              <w:br/>
            </w:r>
            <w:r>
              <w:rPr>
                <w:rFonts w:ascii="Times New Roman" w:hAnsi="Times New Roman" w:eastAsia="Times New Roman"/>
                <w:b/>
                <w:i w:val="0"/>
                <w:sz w:val="22"/>
              </w:rPr>
              <w:t>bộ phận</w:t>
            </w:r>
          </w:p>
        </w:tc>
        <w:tc>
          <w:tcPr>
            <w:tcW w:type="dxa" w:w="2606"/>
            <w:vAlign w:val="center"/>
            <w:tcBorders>
              <w:top w:val="nil"/>
              <w:left w:val="nil"/>
              <w:bottom w:val="nil"/>
              <w:right w:val="nil"/>
            </w:tcBorders>
          </w:tcPr>
          <w:p>
            <w:pPr>
              <w:jc w:val="center"/>
            </w:pPr>
            <w:r/>
            <w:r>
              <w:rPr>
                <w:rFonts w:ascii="Times New Roman" w:hAnsi="Times New Roman" w:eastAsia="Times New Roman"/>
                <w:b/>
                <w:i w:val="0"/>
                <w:sz w:val="22"/>
              </w:rPr>
              <w:t>Kế toán trưởng</w:t>
            </w:r>
          </w:p>
        </w:tc>
        <w:tc>
          <w:tcPr>
            <w:tcW w:type="dxa" w:w="2606"/>
            <w:vAlign w:val="center"/>
            <w:tcBorders>
              <w:top w:val="nil"/>
              <w:left w:val="nil"/>
              <w:bottom w:val="nil"/>
              <w:right w:val="nil"/>
            </w:tcBorders>
          </w:tcPr>
          <w:p>
            <w:pPr>
              <w:jc w:val="center"/>
            </w:pPr>
            <w:r/>
            <w:r>
              <w:rPr>
                <w:rFonts w:ascii="Times New Roman" w:hAnsi="Times New Roman" w:eastAsia="Times New Roman"/>
                <w:b/>
                <w:i w:val="0"/>
                <w:sz w:val="22"/>
              </w:rPr>
              <w:t>Người duyệt</w:t>
            </w:r>
          </w:p>
        </w:tc>
      </w:tr>
      <w:tr>
        <w:tc>
          <w:tcPr>
            <w:tcW w:type="dxa" w:w="2606"/>
            <w:tcBorders>
              <w:top w:val="nil"/>
              <w:left w:val="nil"/>
              <w:bottom w:val="nil"/>
              <w:right w:val="nil"/>
            </w:tcBorders>
          </w:tcPr>
          <w:p>
            <w:pPr>
              <w:jc w:val="center"/>
            </w:pPr>
            <w:r/>
            <w:r>
              <w:rPr>
                <w:rFonts w:ascii="Times New Roman" w:hAnsi="Times New Roman" w:eastAsia="Times New Roman"/>
                <w:b w:val="0"/>
                <w:i/>
                <w:sz w:val="20"/>
              </w:rPr>
              <w:t>(Ký, họ tên)</w:t>
            </w:r>
            <w:r>
              <w:br/>
              <w:br/>
              <w:br/>
            </w:r>
          </w:p>
        </w:tc>
        <w:tc>
          <w:tcPr>
            <w:tcW w:type="dxa" w:w="2606"/>
            <w:tcBorders>
              <w:top w:val="nil"/>
              <w:left w:val="nil"/>
              <w:bottom w:val="nil"/>
              <w:right w:val="nil"/>
            </w:tcBorders>
          </w:tcPr>
          <w:p>
            <w:pPr>
              <w:jc w:val="center"/>
            </w:pPr>
            <w:r/>
            <w:r>
              <w:rPr>
                <w:rFonts w:ascii="Times New Roman" w:hAnsi="Times New Roman" w:eastAsia="Times New Roman"/>
                <w:b w:val="0"/>
                <w:i/>
                <w:sz w:val="20"/>
              </w:rPr>
              <w:t>(Ký, họ tên)</w:t>
            </w:r>
            <w:r>
              <w:br/>
              <w:br/>
              <w:br/>
            </w:r>
          </w:p>
        </w:tc>
        <w:tc>
          <w:tcPr>
            <w:tcW w:type="dxa" w:w="2606"/>
            <w:tcBorders>
              <w:top w:val="nil"/>
              <w:left w:val="nil"/>
              <w:bottom w:val="nil"/>
              <w:right w:val="nil"/>
            </w:tcBorders>
          </w:tcPr>
          <w:p>
            <w:pPr>
              <w:jc w:val="center"/>
            </w:pPr>
            <w:r/>
            <w:r>
              <w:rPr>
                <w:rFonts w:ascii="Times New Roman" w:hAnsi="Times New Roman" w:eastAsia="Times New Roman"/>
                <w:b w:val="0"/>
                <w:i/>
                <w:sz w:val="20"/>
              </w:rPr>
              <w:t>(Ký, họ tên)</w:t>
            </w:r>
            <w:r>
              <w:br/>
              <w:br/>
              <w:br/>
            </w:r>
          </w:p>
        </w:tc>
        <w:tc>
          <w:tcPr>
            <w:tcW w:type="dxa" w:w="2606"/>
            <w:tcBorders>
              <w:top w:val="nil"/>
              <w:left w:val="nil"/>
              <w:bottom w:val="nil"/>
              <w:right w:val="nil"/>
            </w:tcBorders>
          </w:tcPr>
          <w:p>
            <w:pPr>
              <w:jc w:val="center"/>
            </w:pPr>
            <w:r/>
            <w:r>
              <w:rPr>
                <w:rFonts w:ascii="Times New Roman" w:hAnsi="Times New Roman" w:eastAsia="Times New Roman"/>
                <w:b w:val="0"/>
                <w:i/>
                <w:sz w:val="20"/>
              </w:rPr>
              <w:t>(Ký, họ tên)</w:t>
            </w:r>
            <w:r>
              <w:br/>
              <w:br/>
              <w:br/>
            </w:r>
          </w:p>
        </w:tc>
      </w:tr>
    </w:tbl>
    <w:p>
      <w:r>
        <w:rPr>
          <w:rFonts w:ascii="Times New Roman" w:hAnsi="Times New Roman" w:eastAsia="Times New Roman"/>
          <w:b w:val="0"/>
          <w:i/>
          <w:sz w:val="18"/>
        </w:rPr>
        <w:t>Ghi chú: Tùy theo đặc điểm hoạt động sản xuất kinh doanh và yêu cầu quản lý, doanh nghiệp có thể thiết kế thêm hoặc sửa đổi biểu mẫu chứng từ kế toán theo Điều 9 Thông tư 99/2025/TT-BTC, đồng thời bảo đảm các yêu cầu của Luật Kế toán và quy chế/tài liệu nội bộ có liên quan.</w:t>
      </w:r>
    </w:p>
    <w:sectPr w:rsidR="00FC693F" w:rsidRPr="0006063C" w:rsidSect="00034616">
      <w:pgSz w:w="12240" w:h="15840"/>
      <w:pgMar w:top="850" w:right="907" w:bottom="850" w:left="90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52" w:lineRule="auto"/>
    </w:pPr>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