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819"/>
        <w:gridCol w:w="5102"/>
      </w:tblGrid>
      <w:tr>
        <w:tc>
          <w:tcPr>
            <w:tcW w:type="dxa" w:w="5213"/>
            <w:tcBorders>
              <w:top w:val="nil"/>
              <w:left w:val="nil"/>
              <w:bottom w:val="nil"/>
              <w:right w:val="nil"/>
            </w:tcBorders>
          </w:tcPr>
          <w:p>
            <w:r>
              <w:rPr>
                <w:rFonts w:ascii="Times New Roman" w:hAnsi="Times New Roman" w:eastAsia="Times New Roman"/>
                <w:b/>
                <w:i w:val="0"/>
                <w:sz w:val="22"/>
              </w:rPr>
              <w:t>ĐƠN VỊ: ........................................</w:t>
            </w:r>
          </w:p>
          <w:p>
            <w:r>
              <w:rPr>
                <w:rFonts w:ascii="Times New Roman" w:hAnsi="Times New Roman" w:eastAsia="Times New Roman"/>
                <w:b w:val="0"/>
                <w:i w:val="0"/>
                <w:sz w:val="22"/>
              </w:rPr>
              <w:t>BỘ PHẬN: ......................................</w:t>
            </w:r>
          </w:p>
        </w:tc>
        <w:tc>
          <w:tcPr>
            <w:tcW w:type="dxa" w:w="5213"/>
            <w:tcBorders>
              <w:top w:val="nil"/>
              <w:left w:val="nil"/>
              <w:bottom w:val="nil"/>
              <w:right w:val="nil"/>
            </w:tcBorders>
          </w:tcPr>
          <w:p>
            <w:pPr>
              <w:jc w:val="center"/>
            </w:pPr>
            <w:r>
              <w:rPr>
                <w:rFonts w:ascii="Times New Roman" w:hAnsi="Times New Roman" w:eastAsia="Times New Roman"/>
                <w:b/>
                <w:i w:val="0"/>
                <w:sz w:val="22"/>
              </w:rPr>
              <w:t>MẪU THAM KHẢO NỘI BỘ</w:t>
            </w:r>
          </w:p>
          <w:p>
            <w:pPr>
              <w:jc w:val="center"/>
            </w:pPr>
            <w:r>
              <w:rPr>
                <w:rFonts w:ascii="Times New Roman" w:hAnsi="Times New Roman" w:eastAsia="Times New Roman"/>
                <w:b w:val="0"/>
                <w:i w:val="0"/>
                <w:sz w:val="22"/>
              </w:rPr>
              <w:t>Không phải biểu mẫu ban hành theo thông tư</w:t>
            </w:r>
          </w:p>
        </w:tc>
      </w:tr>
    </w:tbl>
    <w:p>
      <w:pPr>
        <w:jc w:val="center"/>
      </w:pPr>
      <w:r>
        <w:rPr>
          <w:rFonts w:ascii="Times New Roman" w:hAnsi="Times New Roman" w:eastAsia="Times New Roman"/>
          <w:b/>
          <w:i w:val="0"/>
          <w:sz w:val="28"/>
        </w:rPr>
        <w:t>PHIẾU / GIẤY ĐỀ NGHỊ THANH TOÁN NỘI BỘ</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tcPr>
          <w:p>
            <w:r/>
            <w:r>
              <w:rPr>
                <w:rFonts w:ascii="Times New Roman" w:hAnsi="Times New Roman" w:eastAsia="Times New Roman"/>
                <w:b/>
                <w:i w:val="0"/>
                <w:sz w:val="21"/>
              </w:rPr>
              <w:t>Số đề nghị</w:t>
            </w:r>
          </w:p>
        </w:tc>
        <w:tc>
          <w:tcPr>
            <w:tcW w:type="dxa" w:w="2606"/>
            <w:vAlign w:val="center"/>
          </w:tcPr>
          <w:p>
            <w:r/>
            <w:r>
              <w:rPr>
                <w:rFonts w:ascii="Times New Roman" w:hAnsi="Times New Roman" w:eastAsia="Times New Roman"/>
                <w:b w:val="0"/>
                <w:i w:val="0"/>
                <w:sz w:val="21"/>
              </w:rPr>
              <w:t>................................................</w:t>
            </w:r>
          </w:p>
        </w:tc>
        <w:tc>
          <w:tcPr>
            <w:tcW w:type="dxa" w:w="2606"/>
            <w:vAlign w:val="center"/>
          </w:tcPr>
          <w:p>
            <w:r/>
            <w:r>
              <w:rPr>
                <w:rFonts w:ascii="Times New Roman" w:hAnsi="Times New Roman" w:eastAsia="Times New Roman"/>
                <w:b/>
                <w:i w:val="0"/>
                <w:sz w:val="21"/>
              </w:rPr>
              <w:t>Ngày đề nghị</w:t>
            </w:r>
          </w:p>
        </w:tc>
        <w:tc>
          <w:tcPr>
            <w:tcW w:type="dxa" w:w="2606"/>
            <w:vAlign w:val="center"/>
          </w:tcPr>
          <w:p>
            <w:r/>
            <w:r>
              <w:rPr>
                <w:rFonts w:ascii="Times New Roman" w:hAnsi="Times New Roman" w:eastAsia="Times New Roman"/>
                <w:b w:val="0"/>
                <w:i w:val="0"/>
                <w:sz w:val="21"/>
              </w:rPr>
              <w:t>...../...../..........</w:t>
            </w:r>
          </w:p>
        </w:tc>
      </w:tr>
      <w:tr>
        <w:tc>
          <w:tcPr>
            <w:tcW w:type="dxa" w:w="2606"/>
            <w:vAlign w:val="center"/>
          </w:tcPr>
          <w:p>
            <w:r/>
            <w:r>
              <w:rPr>
                <w:rFonts w:ascii="Times New Roman" w:hAnsi="Times New Roman" w:eastAsia="Times New Roman"/>
                <w:b/>
                <w:i w:val="0"/>
                <w:sz w:val="21"/>
              </w:rPr>
              <w:t>Người đề nghị</w:t>
            </w:r>
          </w:p>
        </w:tc>
        <w:tc>
          <w:tcPr>
            <w:tcW w:type="dxa" w:w="2606"/>
            <w:vAlign w:val="center"/>
          </w:tcPr>
          <w:p>
            <w:r/>
            <w:r>
              <w:rPr>
                <w:rFonts w:ascii="Times New Roman" w:hAnsi="Times New Roman" w:eastAsia="Times New Roman"/>
                <w:b w:val="0"/>
                <w:i w:val="0"/>
                <w:sz w:val="21"/>
              </w:rPr>
              <w:t>................................................</w:t>
            </w:r>
          </w:p>
        </w:tc>
        <w:tc>
          <w:tcPr>
            <w:tcW w:type="dxa" w:w="2606"/>
            <w:vAlign w:val="center"/>
          </w:tcPr>
          <w:p>
            <w:r/>
            <w:r>
              <w:rPr>
                <w:rFonts w:ascii="Times New Roman" w:hAnsi="Times New Roman" w:eastAsia="Times New Roman"/>
                <w:b/>
                <w:i w:val="0"/>
                <w:sz w:val="21"/>
              </w:rPr>
              <w:t>Bộ phận/Dự án</w:t>
            </w:r>
          </w:p>
        </w:tc>
        <w:tc>
          <w:tcPr>
            <w:tcW w:type="dxa" w:w="2606"/>
            <w:vAlign w:val="center"/>
          </w:tcPr>
          <w:p>
            <w:r/>
            <w:r>
              <w:rPr>
                <w:rFonts w:ascii="Times New Roman" w:hAnsi="Times New Roman" w:eastAsia="Times New Roman"/>
                <w:b w:val="0"/>
                <w:i w:val="0"/>
                <w:sz w:val="21"/>
              </w:rPr>
              <w:t>................................................</w:t>
            </w:r>
          </w:p>
        </w:tc>
      </w:tr>
      <w:tr>
        <w:tc>
          <w:tcPr>
            <w:tcW w:type="dxa" w:w="2606"/>
            <w:vAlign w:val="center"/>
          </w:tcPr>
          <w:p>
            <w:r/>
            <w:r>
              <w:rPr>
                <w:rFonts w:ascii="Times New Roman" w:hAnsi="Times New Roman" w:eastAsia="Times New Roman"/>
                <w:b/>
                <w:i w:val="0"/>
                <w:sz w:val="21"/>
              </w:rPr>
              <w:t>Đối tượng nhận tiền</w:t>
            </w:r>
          </w:p>
        </w:tc>
        <w:tc>
          <w:tcPr>
            <w:tcW w:type="dxa" w:w="2606"/>
            <w:vAlign w:val="center"/>
          </w:tcPr>
          <w:p>
            <w:r/>
            <w:r>
              <w:rPr>
                <w:rFonts w:ascii="Times New Roman" w:hAnsi="Times New Roman" w:eastAsia="Times New Roman"/>
                <w:b w:val="0"/>
                <w:i w:val="0"/>
                <w:sz w:val="21"/>
              </w:rPr>
              <w:t>................................................</w:t>
            </w:r>
          </w:p>
        </w:tc>
        <w:tc>
          <w:tcPr>
            <w:tcW w:type="dxa" w:w="2606"/>
            <w:vAlign w:val="center"/>
          </w:tcPr>
          <w:p>
            <w:r/>
            <w:r>
              <w:rPr>
                <w:rFonts w:ascii="Times New Roman" w:hAnsi="Times New Roman" w:eastAsia="Times New Roman"/>
                <w:b/>
                <w:i w:val="0"/>
                <w:sz w:val="21"/>
              </w:rPr>
              <w:t>Ngày cần thanh toán</w:t>
            </w:r>
          </w:p>
        </w:tc>
        <w:tc>
          <w:tcPr>
            <w:tcW w:type="dxa" w:w="2606"/>
            <w:vAlign w:val="center"/>
          </w:tcPr>
          <w:p>
            <w:r/>
            <w:r>
              <w:rPr>
                <w:rFonts w:ascii="Times New Roman" w:hAnsi="Times New Roman" w:eastAsia="Times New Roman"/>
                <w:b w:val="0"/>
                <w:i w:val="0"/>
                <w:sz w:val="21"/>
              </w:rPr>
              <w:t>...../...../..........</w:t>
            </w:r>
          </w:p>
        </w:tc>
      </w:tr>
      <w:tr>
        <w:tc>
          <w:tcPr>
            <w:tcW w:type="dxa" w:w="2606"/>
            <w:vAlign w:val="center"/>
          </w:tcPr>
          <w:p>
            <w:r/>
            <w:r>
              <w:rPr>
                <w:rFonts w:ascii="Times New Roman" w:hAnsi="Times New Roman" w:eastAsia="Times New Roman"/>
                <w:b/>
                <w:i w:val="0"/>
                <w:sz w:val="21"/>
              </w:rPr>
              <w:t>Nội dung thanh toán</w:t>
            </w:r>
          </w:p>
        </w:tc>
        <w:tc>
          <w:tcPr>
            <w:tcW w:type="dxa" w:w="7818"/>
            <w:gridSpan w:val="3"/>
            <w:vAlign w:val="center"/>
          </w:tcPr>
          <w:p>
            <w:r/>
            <w:r>
              <w:rPr>
                <w:rFonts w:ascii="Times New Roman" w:hAnsi="Times New Roman" w:eastAsia="Times New Roman"/>
                <w:b w:val="0"/>
                <w:i w:val="0"/>
                <w:sz w:val="21"/>
              </w:rPr>
              <w:t>........................................................................................................................</w:t>
            </w:r>
          </w:p>
          <w:p>
            <w:r/>
            <w:r>
              <w:rPr>
                <w:rFonts w:ascii="Times New Roman" w:hAnsi="Times New Roman" w:eastAsia="Times New Roman"/>
                <w:b w:val="0"/>
                <w:i w:val="0"/>
                <w:sz w:val="21"/>
              </w:rPr>
            </w:r>
          </w:p>
          <w:p>
            <w:r/>
            <w:r>
              <w:rPr>
                <w:rFonts w:ascii="Times New Roman" w:hAnsi="Times New Roman" w:eastAsia="Times New Roman"/>
                <w:b w:val="0"/>
                <w:i w:val="0"/>
                <w:sz w:val="21"/>
              </w:rPr>
            </w:r>
          </w:p>
        </w:tc>
      </w:tr>
      <w:tr>
        <w:tc>
          <w:tcPr>
            <w:tcW w:type="dxa" w:w="2606"/>
            <w:vAlign w:val="center"/>
          </w:tcPr>
          <w:p>
            <w:r/>
            <w:r>
              <w:rPr>
                <w:rFonts w:ascii="Times New Roman" w:hAnsi="Times New Roman" w:eastAsia="Times New Roman"/>
                <w:b/>
                <w:i w:val="0"/>
                <w:sz w:val="21"/>
              </w:rPr>
              <w:t>Hợp đồng/PO/Hóa đơn</w:t>
            </w:r>
          </w:p>
        </w:tc>
        <w:tc>
          <w:tcPr>
            <w:tcW w:type="dxa" w:w="7818"/>
            <w:gridSpan w:val="3"/>
            <w:vAlign w:val="center"/>
          </w:tcPr>
          <w:p>
            <w:r/>
            <w:r>
              <w:rPr>
                <w:rFonts w:ascii="Times New Roman" w:hAnsi="Times New Roman" w:eastAsia="Times New Roman"/>
                <w:b w:val="0"/>
                <w:i w:val="0"/>
                <w:sz w:val="21"/>
              </w:rPr>
              <w:t>........................................................................................................................</w:t>
            </w:r>
          </w:p>
          <w:p>
            <w:r/>
            <w:r>
              <w:rPr>
                <w:rFonts w:ascii="Times New Roman" w:hAnsi="Times New Roman" w:eastAsia="Times New Roman"/>
                <w:b w:val="0"/>
                <w:i w:val="0"/>
                <w:sz w:val="21"/>
              </w:rPr>
            </w:r>
          </w:p>
          <w:p>
            <w:r/>
            <w:r>
              <w:rPr>
                <w:rFonts w:ascii="Times New Roman" w:hAnsi="Times New Roman" w:eastAsia="Times New Roman"/>
                <w:b w:val="0"/>
                <w:i w:val="0"/>
                <w:sz w:val="21"/>
              </w:rPr>
            </w:r>
          </w:p>
        </w:tc>
      </w:tr>
      <w:tr>
        <w:tc>
          <w:tcPr>
            <w:tcW w:type="dxa" w:w="2606"/>
            <w:vAlign w:val="center"/>
          </w:tcPr>
          <w:p>
            <w:r/>
            <w:r>
              <w:rPr>
                <w:rFonts w:ascii="Times New Roman" w:hAnsi="Times New Roman" w:eastAsia="Times New Roman"/>
                <w:b/>
                <w:i w:val="0"/>
                <w:sz w:val="21"/>
              </w:rPr>
              <w:t>Số tiền đề nghị</w:t>
            </w:r>
          </w:p>
        </w:tc>
        <w:tc>
          <w:tcPr>
            <w:tcW w:type="dxa" w:w="2606"/>
            <w:vAlign w:val="center"/>
          </w:tcPr>
          <w:p>
            <w:r/>
            <w:r>
              <w:rPr>
                <w:rFonts w:ascii="Times New Roman" w:hAnsi="Times New Roman" w:eastAsia="Times New Roman"/>
                <w:b w:val="0"/>
                <w:i w:val="0"/>
                <w:sz w:val="21"/>
              </w:rPr>
              <w:t>................................................</w:t>
            </w:r>
          </w:p>
        </w:tc>
        <w:tc>
          <w:tcPr>
            <w:tcW w:type="dxa" w:w="2606"/>
            <w:vAlign w:val="center"/>
          </w:tcPr>
          <w:p>
            <w:r/>
            <w:r>
              <w:rPr>
                <w:rFonts w:ascii="Times New Roman" w:hAnsi="Times New Roman" w:eastAsia="Times New Roman"/>
                <w:b/>
                <w:i w:val="0"/>
                <w:sz w:val="21"/>
              </w:rPr>
              <w:t>Bằng chữ</w:t>
            </w:r>
          </w:p>
        </w:tc>
        <w:tc>
          <w:tcPr>
            <w:tcW w:type="dxa" w:w="2606"/>
            <w:vAlign w:val="center"/>
          </w:tcPr>
          <w:p>
            <w:r/>
            <w:r>
              <w:rPr>
                <w:rFonts w:ascii="Times New Roman" w:hAnsi="Times New Roman" w:eastAsia="Times New Roman"/>
                <w:b w:val="0"/>
                <w:i w:val="0"/>
                <w:sz w:val="21"/>
              </w:rPr>
              <w:t>................................................</w:t>
            </w:r>
          </w:p>
        </w:tc>
      </w:tr>
      <w:tr>
        <w:tc>
          <w:tcPr>
            <w:tcW w:type="dxa" w:w="2606"/>
            <w:vAlign w:val="center"/>
          </w:tcPr>
          <w:p>
            <w:r/>
            <w:r>
              <w:rPr>
                <w:rFonts w:ascii="Times New Roman" w:hAnsi="Times New Roman" w:eastAsia="Times New Roman"/>
                <w:b/>
                <w:i w:val="0"/>
                <w:sz w:val="21"/>
              </w:rPr>
              <w:t>Hình thức thanh toán</w:t>
            </w:r>
          </w:p>
        </w:tc>
        <w:tc>
          <w:tcPr>
            <w:tcW w:type="dxa" w:w="2606"/>
            <w:vAlign w:val="center"/>
          </w:tcPr>
          <w:p>
            <w:r/>
            <w:r>
              <w:rPr>
                <w:rFonts w:ascii="Times New Roman" w:hAnsi="Times New Roman" w:eastAsia="Times New Roman"/>
                <w:b w:val="0"/>
                <w:i w:val="0"/>
                <w:sz w:val="21"/>
              </w:rPr>
              <w:t>☐ Chuyển khoản   ☐ Tiền mặt   ☐ Khác</w:t>
            </w:r>
          </w:p>
        </w:tc>
        <w:tc>
          <w:tcPr>
            <w:tcW w:type="dxa" w:w="2606"/>
            <w:vAlign w:val="center"/>
          </w:tcPr>
          <w:p>
            <w:r/>
            <w:r>
              <w:rPr>
                <w:rFonts w:ascii="Times New Roman" w:hAnsi="Times New Roman" w:eastAsia="Times New Roman"/>
                <w:b/>
                <w:i w:val="0"/>
                <w:sz w:val="21"/>
              </w:rPr>
              <w:t>Ngân hàng/STK</w:t>
            </w:r>
          </w:p>
        </w:tc>
        <w:tc>
          <w:tcPr>
            <w:tcW w:type="dxa" w:w="2606"/>
            <w:vAlign w:val="center"/>
          </w:tcPr>
          <w:p>
            <w:r/>
            <w:r>
              <w:rPr>
                <w:rFonts w:ascii="Times New Roman" w:hAnsi="Times New Roman" w:eastAsia="Times New Roman"/>
                <w:b w:val="0"/>
                <w:i w:val="0"/>
                <w:sz w:val="21"/>
              </w:rPr>
              <w:t>................................................</w:t>
            </w:r>
          </w:p>
        </w:tc>
      </w:tr>
      <w:tr>
        <w:tc>
          <w:tcPr>
            <w:tcW w:type="dxa" w:w="2606"/>
            <w:vAlign w:val="center"/>
          </w:tcPr>
          <w:p>
            <w:r/>
            <w:r>
              <w:rPr>
                <w:rFonts w:ascii="Times New Roman" w:hAnsi="Times New Roman" w:eastAsia="Times New Roman"/>
                <w:b/>
                <w:i w:val="0"/>
                <w:sz w:val="21"/>
              </w:rPr>
              <w:t>Chứng từ kèm theo</w:t>
            </w:r>
          </w:p>
        </w:tc>
        <w:tc>
          <w:tcPr>
            <w:tcW w:type="dxa" w:w="7818"/>
            <w:gridSpan w:val="3"/>
            <w:vAlign w:val="center"/>
          </w:tcPr>
          <w:p>
            <w:r/>
            <w:r>
              <w:rPr>
                <w:rFonts w:ascii="Times New Roman" w:hAnsi="Times New Roman" w:eastAsia="Times New Roman"/>
                <w:b w:val="0"/>
                <w:i w:val="0"/>
                <w:sz w:val="21"/>
              </w:rPr>
              <w:t>........................................................................................................................</w:t>
            </w:r>
          </w:p>
          <w:p>
            <w:r/>
            <w:r>
              <w:rPr>
                <w:rFonts w:ascii="Times New Roman" w:hAnsi="Times New Roman" w:eastAsia="Times New Roman"/>
                <w:b w:val="0"/>
                <w:i w:val="0"/>
                <w:sz w:val="21"/>
              </w:rPr>
            </w:r>
          </w:p>
          <w:p>
            <w:r/>
            <w:r>
              <w:rPr>
                <w:rFonts w:ascii="Times New Roman" w:hAnsi="Times New Roman" w:eastAsia="Times New Roman"/>
                <w:b w:val="0"/>
                <w:i w:val="0"/>
                <w:sz w:val="21"/>
              </w:rPr>
            </w:r>
          </w:p>
        </w:tc>
      </w:tr>
    </w:tbl>
    <w:p>
      <w:r>
        <w:rPr>
          <w:rFonts w:ascii="Times New Roman" w:hAnsi="Times New Roman" w:eastAsia="Times New Roman"/>
          <w:b/>
          <w:i w:val="0"/>
          <w:sz w:val="22"/>
        </w:rPr>
        <w:t>Checklist trước khi trình duyệt</w:t>
      </w:r>
    </w:p>
    <w:p>
      <w:r>
        <w:rPr>
          <w:rFonts w:ascii="Times New Roman" w:hAnsi="Times New Roman" w:eastAsia="Times New Roman"/>
          <w:b w:val="0"/>
          <w:i w:val="0"/>
          <w:sz w:val="21"/>
        </w:rPr>
        <w:t>☐ Đã đối chiếu số tiền với hợp đồng/PO/hóa đơn/chứng từ</w:t>
      </w:r>
    </w:p>
    <w:p>
      <w:r>
        <w:rPr>
          <w:rFonts w:ascii="Times New Roman" w:hAnsi="Times New Roman" w:eastAsia="Times New Roman"/>
          <w:b w:val="0"/>
          <w:i w:val="0"/>
          <w:sz w:val="21"/>
        </w:rPr>
        <w:t>☐ Đã kiểm tra thông tin người nhận tiền và tài khoản ngân hàng</w:t>
      </w:r>
    </w:p>
    <w:p>
      <w:r>
        <w:rPr>
          <w:rFonts w:ascii="Times New Roman" w:hAnsi="Times New Roman" w:eastAsia="Times New Roman"/>
          <w:b w:val="0"/>
          <w:i w:val="0"/>
          <w:sz w:val="21"/>
        </w:rPr>
        <w:t>☐ Đã kiểm tra yêu cầu trùng/lần thanh toán trước</w:t>
      </w:r>
    </w:p>
    <w:p>
      <w:r>
        <w:rPr>
          <w:rFonts w:ascii="Times New Roman" w:hAnsi="Times New Roman" w:eastAsia="Times New Roman"/>
          <w:b w:val="0"/>
          <w:i w:val="0"/>
          <w:sz w:val="21"/>
        </w:rPr>
        <w:t>☐ Đã đính kèm đủ hồ sơ theo chính sách nội bộ</w:t>
      </w:r>
    </w:p>
    <w:tbl>
      <w:tblPr>
        <w:tblW w:type="auto" w:w="0"/>
        <w:jc w:val="center"/>
        <w:tblLook w:firstColumn="1" w:firstRow="1" w:lastColumn="0" w:lastRow="0" w:noHBand="0" w:noVBand="1" w:val="04A0"/>
      </w:tblPr>
      <w:tblGrid>
        <w:gridCol w:w="2606"/>
        <w:gridCol w:w="2606"/>
        <w:gridCol w:w="2606"/>
        <w:gridCol w:w="2606"/>
      </w:tblGrid>
      <w:tr>
        <w:tc>
          <w:tcPr>
            <w:tcW w:type="dxa" w:w="2606"/>
            <w:tcBorders>
              <w:top w:val="nil"/>
              <w:left w:val="nil"/>
              <w:bottom w:val="nil"/>
              <w:right w:val="nil"/>
            </w:tcBorders>
          </w:tcPr>
          <w:p>
            <w:pPr>
              <w:jc w:val="center"/>
            </w:pPr>
            <w:r/>
            <w:r>
              <w:rPr>
                <w:rFonts w:ascii="Times New Roman" w:hAnsi="Times New Roman" w:eastAsia="Times New Roman"/>
                <w:b/>
                <w:i w:val="0"/>
                <w:sz w:val="21"/>
              </w:rPr>
              <w:t>Người đề nghị</w:t>
            </w:r>
          </w:p>
        </w:tc>
        <w:tc>
          <w:tcPr>
            <w:tcW w:type="dxa" w:w="2606"/>
            <w:tcBorders>
              <w:top w:val="nil"/>
              <w:left w:val="nil"/>
              <w:bottom w:val="nil"/>
              <w:right w:val="nil"/>
            </w:tcBorders>
          </w:tcPr>
          <w:p>
            <w:pPr>
              <w:jc w:val="center"/>
            </w:pPr>
            <w:r/>
            <w:r>
              <w:rPr>
                <w:rFonts w:ascii="Times New Roman" w:hAnsi="Times New Roman" w:eastAsia="Times New Roman"/>
                <w:b/>
                <w:i w:val="0"/>
                <w:sz w:val="21"/>
              </w:rPr>
              <w:t>Quản lý bộ phận</w:t>
            </w:r>
          </w:p>
        </w:tc>
        <w:tc>
          <w:tcPr>
            <w:tcW w:type="dxa" w:w="2606"/>
            <w:tcBorders>
              <w:top w:val="nil"/>
              <w:left w:val="nil"/>
              <w:bottom w:val="nil"/>
              <w:right w:val="nil"/>
            </w:tcBorders>
          </w:tcPr>
          <w:p>
            <w:pPr>
              <w:jc w:val="center"/>
            </w:pPr>
            <w:r/>
            <w:r>
              <w:rPr>
                <w:rFonts w:ascii="Times New Roman" w:hAnsi="Times New Roman" w:eastAsia="Times New Roman"/>
                <w:b/>
                <w:i w:val="0"/>
                <w:sz w:val="21"/>
              </w:rPr>
              <w:t>Kế toán kiểm tra</w:t>
            </w:r>
          </w:p>
        </w:tc>
        <w:tc>
          <w:tcPr>
            <w:tcW w:type="dxa" w:w="2606"/>
            <w:tcBorders>
              <w:top w:val="nil"/>
              <w:left w:val="nil"/>
              <w:bottom w:val="nil"/>
              <w:right w:val="nil"/>
            </w:tcBorders>
          </w:tcPr>
          <w:p>
            <w:pPr>
              <w:jc w:val="center"/>
            </w:pPr>
            <w:r/>
            <w:r>
              <w:rPr>
                <w:rFonts w:ascii="Times New Roman" w:hAnsi="Times New Roman" w:eastAsia="Times New Roman"/>
                <w:b/>
                <w:i w:val="0"/>
                <w:sz w:val="21"/>
              </w:rPr>
              <w:t>Người duyệt</w:t>
            </w:r>
          </w:p>
        </w:tc>
      </w:tr>
      <w:tr>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r>
          </w:p>
        </w:tc>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r>
          </w:p>
        </w:tc>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r>
          </w:p>
        </w:tc>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r>
          </w:p>
        </w:tc>
      </w:tr>
    </w:tbl>
    <w:p>
      <w:r>
        <w:rPr>
          <w:rFonts w:ascii="Times New Roman" w:hAnsi="Times New Roman" w:eastAsia="Times New Roman"/>
          <w:b w:val="0"/>
          <w:i/>
          <w:sz w:val="18"/>
        </w:rPr>
        <w:t>Lưu ý: Doanh nghiệp cần điều chỉnh trường dữ liệu, thẩm quyền phê duyệt và hồ sơ bắt buộc theo quy chế nội bộ. Nếu sử dụng như chứng từ kế toán, cần đối chiếu chế độ kế toán đang áp dụng.</w:t>
      </w:r>
    </w:p>
    <w:sectPr w:rsidR="00FC693F" w:rsidRPr="0006063C" w:rsidSect="00034616">
      <w:pgSz w:w="12240" w:h="15840"/>
      <w:pgMar w:top="850"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