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BỘ MẪU SƠ ĐỒ TỔ CHỨC CÔNG TY 2026</w:t>
      </w:r>
    </w:p>
    <w:p>
      <w:pPr>
        <w:jc w:val="center"/>
      </w:pPr>
      <w:r>
        <w:rPr>
          <w:b/>
          <w:color w:val="2F5597"/>
          <w:sz w:val="24"/>
        </w:rPr>
        <w:t>12 mẫu Word chỉnh sửa trực tiếp bằng bảng • Dành cho tài liệu nội bộ và biên tập bài Bizzi</w:t>
      </w:r>
    </w:p>
    <w:p/>
    <w:p>
      <w:pPr>
        <w:ind w:left="1728"/>
      </w:pPr>
      <w:r>
        <w:t>• Cách dùng: click vào từng ô để thay chức danh/phòng ban; thêm hoặc xóa cột khi cần.</w:t>
      </w:r>
    </w:p>
    <w:p>
      <w:pPr>
        <w:ind w:left="1728"/>
      </w:pPr>
      <w:r>
        <w:t>• Các mẫu loại hình doanh nghiệp là khung tham chiếu pháp lý; phòng ban phía dưới là lớp vận hành minh họa.</w:t>
      </w:r>
    </w:p>
    <w:p>
      <w:pPr>
        <w:ind w:left="1728"/>
      </w:pPr>
      <w:r>
        <w:t>• Khi dùng chính thức, doanh nghiệp cần đối chiếu Điều lệ, quyền quyết định và cơ cấu thực tế.</w:t>
      </w:r>
    </w:p>
    <w:p>
      <w:r>
        <w:br w:type="page"/>
      </w:r>
    </w:p>
    <w:p>
      <w:pPr>
        <w:jc w:val="center"/>
      </w:pPr>
      <w:r>
        <w:rPr>
          <w:rFonts w:ascii="Arial" w:hAnsi="Arial" w:eastAsia="Arial"/>
          <w:b/>
          <w:color w:val="17365D"/>
          <w:sz w:val="32"/>
        </w:rPr>
        <w:t>Công ty cổ phần – Mô hình có Ban kiểm soát</w:t>
      </w:r>
    </w:p>
    <w:p>
      <w:pPr>
        <w:jc w:val="center"/>
      </w:pPr>
      <w:r>
        <w:rPr>
          <w:i/>
          <w:color w:val="64748B"/>
          <w:sz w:val="18"/>
        </w:rPr>
        <w:t>Mẫu Word chỉnh sửa được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5250"/>
      </w:tblGrid>
      <w:tr>
        <w:tc>
          <w:tcPr>
            <w:tcW w:type="dxa" w:w="13248"/>
            <w:shd w:fill="DDEBF7"/>
            <w:vAlign w:val="center"/>
            <w:tcBorders>
              <w:top w:val="single" w:sz="8" w:color="2F5597"/>
              <w:left w:val="single" w:sz="8" w:color="2F5597"/>
              <w:bottom w:val="single" w:sz="8" w:color="2F5597"/>
              <w:right w:val="single" w:sz="8" w:color="2F5597"/>
            </w:tcBorders>
          </w:tcPr>
          <w:p>
            <w:pPr>
              <w:jc w:val="center"/>
            </w:pPr>
            <w:r/>
            <w:r>
              <w:rPr>
                <w:rFonts w:ascii="Arial" w:hAnsi="Arial" w:eastAsia="Arial"/>
                <w:b/>
                <w:color w:val="203040"/>
                <w:sz w:val="21"/>
              </w:rPr>
              <w:t>Đại hội đồng cổ đông</w:t>
            </w:r>
          </w:p>
        </w:tc>
      </w:tr>
    </w:tbl>
    <w:p>
      <w:pPr>
        <w:spacing w:before="20" w:after="20"/>
        <w:jc w:val="center"/>
      </w:pPr>
      <w:r>
        <w:rPr>
          <w:color w:val="5B9BD5"/>
          <w:sz w:val="28"/>
        </w:rPr>
        <w:t>↓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7625"/>
        <w:gridCol w:w="7625"/>
      </w:tblGrid>
      <w:tr>
        <w:tc>
          <w:tcPr>
            <w:tcW w:type="dxa" w:w="6624"/>
            <w:shd w:fill="FFFFFF"/>
            <w:vAlign w:val="center"/>
            <w:tcBorders>
              <w:top w:val="single" w:sz="8" w:color="9FBAD0"/>
              <w:left w:val="single" w:sz="8" w:color="9FBAD0"/>
              <w:bottom w:val="single" w:sz="8" w:color="9FBAD0"/>
              <w:right w:val="single" w:sz="8" w:color="9FBAD0"/>
            </w:tcBorders>
          </w:tcPr>
          <w:p>
            <w:pPr>
              <w:jc w:val="center"/>
            </w:pPr>
            <w:r/>
            <w:r>
              <w:rPr>
                <w:rFonts w:ascii="Arial" w:hAnsi="Arial" w:eastAsia="Arial"/>
                <w:b/>
                <w:color w:val="203040"/>
                <w:sz w:val="21"/>
              </w:rPr>
              <w:t>Hội đồng quản trị</w:t>
            </w:r>
          </w:p>
        </w:tc>
        <w:tc>
          <w:tcPr>
            <w:tcW w:type="dxa" w:w="6624"/>
            <w:shd w:fill="FFF4CE"/>
            <w:vAlign w:val="center"/>
            <w:tcBorders>
              <w:top w:val="single" w:sz="8" w:color="C9A227"/>
              <w:left w:val="single" w:sz="8" w:color="C9A227"/>
              <w:bottom w:val="single" w:sz="8" w:color="C9A227"/>
              <w:right w:val="single" w:sz="8" w:color="C9A227"/>
            </w:tcBorders>
          </w:tcPr>
          <w:p>
            <w:pPr>
              <w:jc w:val="center"/>
            </w:pPr>
            <w:r/>
            <w:r>
              <w:rPr>
                <w:rFonts w:ascii="Arial" w:hAnsi="Arial" w:eastAsia="Arial"/>
                <w:b/>
                <w:color w:val="203040"/>
                <w:sz w:val="21"/>
              </w:rPr>
              <w:t>Ban kiểm soát</w:t>
            </w:r>
          </w:p>
        </w:tc>
      </w:tr>
    </w:tbl>
    <w:p>
      <w:pPr>
        <w:spacing w:before="20" w:after="20"/>
        <w:jc w:val="center"/>
      </w:pPr>
      <w:r>
        <w:rPr>
          <w:color w:val="5B9BD5"/>
          <w:sz w:val="28"/>
        </w:rPr>
        <w:t>↓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5250"/>
      </w:tblGrid>
      <w:tr>
        <w:tc>
          <w:tcPr>
            <w:tcW w:type="dxa" w:w="13248"/>
            <w:shd w:fill="FFFFFF"/>
            <w:vAlign w:val="center"/>
            <w:tcBorders>
              <w:top w:val="single" w:sz="8" w:color="9FBAD0"/>
              <w:left w:val="single" w:sz="8" w:color="9FBAD0"/>
              <w:bottom w:val="single" w:sz="8" w:color="9FBAD0"/>
              <w:right w:val="single" w:sz="8" w:color="9FBAD0"/>
            </w:tcBorders>
          </w:tcPr>
          <w:p>
            <w:pPr>
              <w:jc w:val="center"/>
            </w:pPr>
            <w:r/>
            <w:r>
              <w:rPr>
                <w:rFonts w:ascii="Arial" w:hAnsi="Arial" w:eastAsia="Arial"/>
                <w:b/>
                <w:color w:val="203040"/>
                <w:sz w:val="21"/>
              </w:rPr>
              <w:t>Giám đốc / Tổng giám đốc</w:t>
            </w:r>
          </w:p>
        </w:tc>
      </w:tr>
    </w:tbl>
    <w:p>
      <w:pPr>
        <w:spacing w:before="20" w:after="20"/>
        <w:jc w:val="center"/>
      </w:pPr>
      <w:r>
        <w:rPr>
          <w:color w:val="5B9BD5"/>
          <w:sz w:val="28"/>
        </w:rPr>
        <w:t>↓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812"/>
        <w:gridCol w:w="3812"/>
        <w:gridCol w:w="3812"/>
        <w:gridCol w:w="3812"/>
      </w:tblGrid>
      <w:tr>
        <w:tc>
          <w:tcPr>
            <w:tcW w:type="dxa" w:w="3312"/>
            <w:shd w:fill="FFFFFF"/>
            <w:vAlign w:val="center"/>
            <w:tcBorders>
              <w:top w:val="single" w:sz="8" w:color="9FBAD0"/>
              <w:left w:val="single" w:sz="8" w:color="9FBAD0"/>
              <w:bottom w:val="single" w:sz="8" w:color="9FBAD0"/>
              <w:right w:val="single" w:sz="8" w:color="9FBAD0"/>
            </w:tcBorders>
          </w:tcPr>
          <w:p>
            <w:pPr>
              <w:jc w:val="center"/>
            </w:pPr>
            <w:r/>
            <w:r>
              <w:rPr>
                <w:rFonts w:ascii="Arial" w:hAnsi="Arial" w:eastAsia="Arial"/>
                <w:b/>
                <w:color w:val="203040"/>
                <w:sz w:val="21"/>
              </w:rPr>
              <w:t>Tài chính – Kế toán</w:t>
            </w:r>
          </w:p>
        </w:tc>
        <w:tc>
          <w:tcPr>
            <w:tcW w:type="dxa" w:w="3312"/>
            <w:shd w:fill="FFFFFF"/>
            <w:vAlign w:val="center"/>
            <w:tcBorders>
              <w:top w:val="single" w:sz="8" w:color="9FBAD0"/>
              <w:left w:val="single" w:sz="8" w:color="9FBAD0"/>
              <w:bottom w:val="single" w:sz="8" w:color="9FBAD0"/>
              <w:right w:val="single" w:sz="8" w:color="9FBAD0"/>
            </w:tcBorders>
          </w:tcPr>
          <w:p>
            <w:pPr>
              <w:jc w:val="center"/>
            </w:pPr>
            <w:r/>
            <w:r>
              <w:rPr>
                <w:rFonts w:ascii="Arial" w:hAnsi="Arial" w:eastAsia="Arial"/>
                <w:b/>
                <w:color w:val="203040"/>
                <w:sz w:val="21"/>
              </w:rPr>
              <w:t>Kinh doanh</w:t>
            </w:r>
          </w:p>
        </w:tc>
        <w:tc>
          <w:tcPr>
            <w:tcW w:type="dxa" w:w="3312"/>
            <w:shd w:fill="FFFFFF"/>
            <w:vAlign w:val="center"/>
            <w:tcBorders>
              <w:top w:val="single" w:sz="8" w:color="9FBAD0"/>
              <w:left w:val="single" w:sz="8" w:color="9FBAD0"/>
              <w:bottom w:val="single" w:sz="8" w:color="9FBAD0"/>
              <w:right w:val="single" w:sz="8" w:color="9FBAD0"/>
            </w:tcBorders>
          </w:tcPr>
          <w:p>
            <w:pPr>
              <w:jc w:val="center"/>
            </w:pPr>
            <w:r/>
            <w:r>
              <w:rPr>
                <w:rFonts w:ascii="Arial" w:hAnsi="Arial" w:eastAsia="Arial"/>
                <w:b/>
                <w:color w:val="203040"/>
                <w:sz w:val="21"/>
              </w:rPr>
              <w:t>Vận hành</w:t>
            </w:r>
          </w:p>
        </w:tc>
        <w:tc>
          <w:tcPr>
            <w:tcW w:type="dxa" w:w="3312"/>
            <w:shd w:fill="FFFFFF"/>
            <w:vAlign w:val="center"/>
            <w:tcBorders>
              <w:top w:val="single" w:sz="8" w:color="9FBAD0"/>
              <w:left w:val="single" w:sz="8" w:color="9FBAD0"/>
              <w:bottom w:val="single" w:sz="8" w:color="9FBAD0"/>
              <w:right w:val="single" w:sz="8" w:color="9FBAD0"/>
            </w:tcBorders>
          </w:tcPr>
          <w:p>
            <w:pPr>
              <w:jc w:val="center"/>
            </w:pPr>
            <w:r/>
            <w:r>
              <w:rPr>
                <w:rFonts w:ascii="Arial" w:hAnsi="Arial" w:eastAsia="Arial"/>
                <w:b/>
                <w:color w:val="203040"/>
                <w:sz w:val="21"/>
              </w:rPr>
              <w:t>Nhân sự – Hành chính</w:t>
            </w:r>
          </w:p>
        </w:tc>
      </w:tr>
    </w:tbl>
    <w:p>
      <w:pPr>
        <w:spacing w:before="160"/>
      </w:pPr>
      <w:r>
        <w:rPr>
          <w:b/>
          <w:color w:val="2F5597"/>
        </w:rPr>
        <w:t xml:space="preserve">Lưu ý: </w:t>
      </w:r>
      <w:r>
        <w:t>Lớp pháp lý tham chiếu Điều 137 Luật Doanh nghiệp 2020; phòng ban bên dưới là lớp vận hành minh họa, doanh nghiệp tùy chỉnh theo Điều lệ và thực tế.</w:t>
      </w:r>
    </w:p>
    <w:p>
      <w:pPr>
        <w:jc w:val="center"/>
      </w:pPr>
      <w:r>
        <w:t>Nguồn pháp lý: Điều 137, Điều 162 Luật Doanh nghiệp 2020 (được sửa đổi, bổ sung).</w:t>
      </w:r>
    </w:p>
    <w:p>
      <w:r>
        <w:br w:type="page"/>
      </w:r>
    </w:p>
    <w:p>
      <w:pPr>
        <w:jc w:val="center"/>
      </w:pPr>
      <w:r>
        <w:rPr>
          <w:rFonts w:ascii="Arial" w:hAnsi="Arial" w:eastAsia="Arial"/>
          <w:b/>
          <w:color w:val="17365D"/>
          <w:sz w:val="32"/>
        </w:rPr>
        <w:t>Công ty cổ phần – Mô hình có Ủy ban kiểm toán</w:t>
      </w:r>
    </w:p>
    <w:p>
      <w:pPr>
        <w:jc w:val="center"/>
      </w:pPr>
      <w:r>
        <w:rPr>
          <w:i/>
          <w:color w:val="64748B"/>
          <w:sz w:val="18"/>
        </w:rPr>
        <w:t>Mẫu Word chỉnh sửa được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5250"/>
      </w:tblGrid>
      <w:tr>
        <w:tc>
          <w:tcPr>
            <w:tcW w:type="dxa" w:w="13248"/>
            <w:shd w:fill="DDEBF7"/>
            <w:vAlign w:val="center"/>
            <w:tcBorders>
              <w:top w:val="single" w:sz="8" w:color="2F5597"/>
              <w:left w:val="single" w:sz="8" w:color="2F5597"/>
              <w:bottom w:val="single" w:sz="8" w:color="2F5597"/>
              <w:right w:val="single" w:sz="8" w:color="2F5597"/>
            </w:tcBorders>
          </w:tcPr>
          <w:p>
            <w:pPr>
              <w:jc w:val="center"/>
            </w:pPr>
            <w:r/>
            <w:r>
              <w:rPr>
                <w:rFonts w:ascii="Arial" w:hAnsi="Arial" w:eastAsia="Arial"/>
                <w:b/>
                <w:color w:val="203040"/>
                <w:sz w:val="21"/>
              </w:rPr>
              <w:t>Đại hội đồng cổ đông</w:t>
            </w:r>
          </w:p>
        </w:tc>
      </w:tr>
    </w:tbl>
    <w:p>
      <w:pPr>
        <w:spacing w:before="20" w:after="20"/>
        <w:jc w:val="center"/>
      </w:pPr>
      <w:r>
        <w:rPr>
          <w:color w:val="5B9BD5"/>
          <w:sz w:val="28"/>
        </w:rPr>
        <w:t>↓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7625"/>
        <w:gridCol w:w="7625"/>
      </w:tblGrid>
      <w:tr>
        <w:tc>
          <w:tcPr>
            <w:tcW w:type="dxa" w:w="6624"/>
            <w:shd w:fill="FFFFFF"/>
            <w:vAlign w:val="center"/>
            <w:tcBorders>
              <w:top w:val="single" w:sz="8" w:color="9FBAD0"/>
              <w:left w:val="single" w:sz="8" w:color="9FBAD0"/>
              <w:bottom w:val="single" w:sz="8" w:color="9FBAD0"/>
              <w:right w:val="single" w:sz="8" w:color="9FBAD0"/>
            </w:tcBorders>
          </w:tcPr>
          <w:p>
            <w:pPr>
              <w:jc w:val="center"/>
            </w:pPr>
            <w:r/>
            <w:r>
              <w:rPr>
                <w:rFonts w:ascii="Arial" w:hAnsi="Arial" w:eastAsia="Arial"/>
                <w:b/>
                <w:color w:val="203040"/>
                <w:sz w:val="21"/>
              </w:rPr>
              <w:t>Hội đồng quản trị</w:t>
              <w:br/>
              <w:t>(≥20% thành viên độc lập)</w:t>
            </w:r>
          </w:p>
        </w:tc>
        <w:tc>
          <w:tcPr>
            <w:tcW w:type="dxa" w:w="6624"/>
            <w:shd w:fill="FFF4CE"/>
            <w:vAlign w:val="center"/>
            <w:tcBorders>
              <w:top w:val="single" w:sz="8" w:color="C9A227"/>
              <w:left w:val="single" w:sz="8" w:color="C9A227"/>
              <w:bottom w:val="single" w:sz="8" w:color="C9A227"/>
              <w:right w:val="single" w:sz="8" w:color="C9A227"/>
            </w:tcBorders>
          </w:tcPr>
          <w:p>
            <w:pPr>
              <w:jc w:val="center"/>
            </w:pPr>
            <w:r/>
            <w:r>
              <w:rPr>
                <w:rFonts w:ascii="Arial" w:hAnsi="Arial" w:eastAsia="Arial"/>
                <w:b/>
                <w:color w:val="203040"/>
                <w:sz w:val="21"/>
              </w:rPr>
              <w:t>Ủy ban kiểm toán</w:t>
              <w:br/>
              <w:t>(trực thuộc HĐQT)</w:t>
            </w:r>
          </w:p>
        </w:tc>
      </w:tr>
    </w:tbl>
    <w:p>
      <w:pPr>
        <w:spacing w:before="20" w:after="20"/>
        <w:jc w:val="center"/>
      </w:pPr>
      <w:r>
        <w:rPr>
          <w:color w:val="5B9BD5"/>
          <w:sz w:val="28"/>
        </w:rPr>
        <w:t>↓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5250"/>
      </w:tblGrid>
      <w:tr>
        <w:tc>
          <w:tcPr>
            <w:tcW w:type="dxa" w:w="13248"/>
            <w:shd w:fill="FFFFFF"/>
            <w:vAlign w:val="center"/>
            <w:tcBorders>
              <w:top w:val="single" w:sz="8" w:color="9FBAD0"/>
              <w:left w:val="single" w:sz="8" w:color="9FBAD0"/>
              <w:bottom w:val="single" w:sz="8" w:color="9FBAD0"/>
              <w:right w:val="single" w:sz="8" w:color="9FBAD0"/>
            </w:tcBorders>
          </w:tcPr>
          <w:p>
            <w:pPr>
              <w:jc w:val="center"/>
            </w:pPr>
            <w:r/>
            <w:r>
              <w:rPr>
                <w:rFonts w:ascii="Arial" w:hAnsi="Arial" w:eastAsia="Arial"/>
                <w:b/>
                <w:color w:val="203040"/>
                <w:sz w:val="21"/>
              </w:rPr>
              <w:t>Giám đốc / Tổng giám đốc</w:t>
            </w:r>
          </w:p>
        </w:tc>
      </w:tr>
    </w:tbl>
    <w:p>
      <w:pPr>
        <w:spacing w:before="20" w:after="20"/>
        <w:jc w:val="center"/>
      </w:pPr>
      <w:r>
        <w:rPr>
          <w:color w:val="5B9BD5"/>
          <w:sz w:val="28"/>
        </w:rPr>
        <w:t>↓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812"/>
        <w:gridCol w:w="3812"/>
        <w:gridCol w:w="3812"/>
        <w:gridCol w:w="3812"/>
      </w:tblGrid>
      <w:tr>
        <w:tc>
          <w:tcPr>
            <w:tcW w:type="dxa" w:w="3312"/>
            <w:shd w:fill="FFFFFF"/>
            <w:vAlign w:val="center"/>
            <w:tcBorders>
              <w:top w:val="single" w:sz="8" w:color="9FBAD0"/>
              <w:left w:val="single" w:sz="8" w:color="9FBAD0"/>
              <w:bottom w:val="single" w:sz="8" w:color="9FBAD0"/>
              <w:right w:val="single" w:sz="8" w:color="9FBAD0"/>
            </w:tcBorders>
          </w:tcPr>
          <w:p>
            <w:pPr>
              <w:jc w:val="center"/>
            </w:pPr>
            <w:r/>
            <w:r>
              <w:rPr>
                <w:rFonts w:ascii="Arial" w:hAnsi="Arial" w:eastAsia="Arial"/>
                <w:b/>
                <w:color w:val="203040"/>
                <w:sz w:val="21"/>
              </w:rPr>
              <w:t>Tài chính – Kế toán</w:t>
            </w:r>
          </w:p>
        </w:tc>
        <w:tc>
          <w:tcPr>
            <w:tcW w:type="dxa" w:w="3312"/>
            <w:shd w:fill="FFFFFF"/>
            <w:vAlign w:val="center"/>
            <w:tcBorders>
              <w:top w:val="single" w:sz="8" w:color="9FBAD0"/>
              <w:left w:val="single" w:sz="8" w:color="9FBAD0"/>
              <w:bottom w:val="single" w:sz="8" w:color="9FBAD0"/>
              <w:right w:val="single" w:sz="8" w:color="9FBAD0"/>
            </w:tcBorders>
          </w:tcPr>
          <w:p>
            <w:pPr>
              <w:jc w:val="center"/>
            </w:pPr>
            <w:r/>
            <w:r>
              <w:rPr>
                <w:rFonts w:ascii="Arial" w:hAnsi="Arial" w:eastAsia="Arial"/>
                <w:b/>
                <w:color w:val="203040"/>
                <w:sz w:val="21"/>
              </w:rPr>
              <w:t>Kinh doanh</w:t>
            </w:r>
          </w:p>
        </w:tc>
        <w:tc>
          <w:tcPr>
            <w:tcW w:type="dxa" w:w="3312"/>
            <w:shd w:fill="FFFFFF"/>
            <w:vAlign w:val="center"/>
            <w:tcBorders>
              <w:top w:val="single" w:sz="8" w:color="9FBAD0"/>
              <w:left w:val="single" w:sz="8" w:color="9FBAD0"/>
              <w:bottom w:val="single" w:sz="8" w:color="9FBAD0"/>
              <w:right w:val="single" w:sz="8" w:color="9FBAD0"/>
            </w:tcBorders>
          </w:tcPr>
          <w:p>
            <w:pPr>
              <w:jc w:val="center"/>
            </w:pPr>
            <w:r/>
            <w:r>
              <w:rPr>
                <w:rFonts w:ascii="Arial" w:hAnsi="Arial" w:eastAsia="Arial"/>
                <w:b/>
                <w:color w:val="203040"/>
                <w:sz w:val="21"/>
              </w:rPr>
              <w:t>Vận hành</w:t>
            </w:r>
          </w:p>
        </w:tc>
        <w:tc>
          <w:tcPr>
            <w:tcW w:type="dxa" w:w="3312"/>
            <w:shd w:fill="FFFFFF"/>
            <w:vAlign w:val="center"/>
            <w:tcBorders>
              <w:top w:val="single" w:sz="8" w:color="9FBAD0"/>
              <w:left w:val="single" w:sz="8" w:color="9FBAD0"/>
              <w:bottom w:val="single" w:sz="8" w:color="9FBAD0"/>
              <w:right w:val="single" w:sz="8" w:color="9FBAD0"/>
            </w:tcBorders>
          </w:tcPr>
          <w:p>
            <w:pPr>
              <w:jc w:val="center"/>
            </w:pPr>
            <w:r/>
            <w:r>
              <w:rPr>
                <w:rFonts w:ascii="Arial" w:hAnsi="Arial" w:eastAsia="Arial"/>
                <w:b/>
                <w:color w:val="203040"/>
                <w:sz w:val="21"/>
              </w:rPr>
              <w:t>Nhân sự – Hành chính</w:t>
            </w:r>
          </w:p>
        </w:tc>
      </w:tr>
    </w:tbl>
    <w:p>
      <w:pPr>
        <w:spacing w:before="160"/>
      </w:pPr>
      <w:r>
        <w:rPr>
          <w:b/>
          <w:color w:val="2F5597"/>
        </w:rPr>
        <w:t xml:space="preserve">Lưu ý: </w:t>
      </w:r>
      <w:r>
        <w:t>Theo Điều 137: Đại hội đồng cổ đông, HĐQT, Giám đốc/Tổng giám đốc; ít nhất 20% thành viên HĐQT là thành viên độc lập và có Ủy ban kiểm toán trực thuộc HĐQT.</w:t>
      </w:r>
    </w:p>
    <w:p>
      <w:pPr>
        <w:jc w:val="center"/>
      </w:pPr>
      <w:r>
        <w:t>Nguồn pháp lý: Điều 137, Điều 162 Luật Doanh nghiệp 2020 (được sửa đổi, bổ sung).</w:t>
      </w:r>
    </w:p>
    <w:p>
      <w:r>
        <w:br w:type="page"/>
      </w:r>
    </w:p>
    <w:p>
      <w:pPr>
        <w:jc w:val="center"/>
      </w:pPr>
      <w:r>
        <w:rPr>
          <w:rFonts w:ascii="Arial" w:hAnsi="Arial" w:eastAsia="Arial"/>
          <w:b/>
          <w:color w:val="17365D"/>
          <w:sz w:val="32"/>
        </w:rPr>
        <w:t>Công ty TNHH một thành viên – Chủ sở hữu là tổ chức, mô hình Chủ tịch công ty</w:t>
      </w:r>
    </w:p>
    <w:p>
      <w:pPr>
        <w:jc w:val="center"/>
      </w:pPr>
      <w:r>
        <w:rPr>
          <w:i/>
          <w:color w:val="64748B"/>
          <w:sz w:val="18"/>
        </w:rPr>
        <w:t>Mẫu Word chỉnh sửa được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5250"/>
      </w:tblGrid>
      <w:tr>
        <w:tc>
          <w:tcPr>
            <w:tcW w:type="dxa" w:w="13248"/>
            <w:shd w:fill="DDEBF7"/>
            <w:vAlign w:val="center"/>
            <w:tcBorders>
              <w:top w:val="single" w:sz="8" w:color="2F5597"/>
              <w:left w:val="single" w:sz="8" w:color="2F5597"/>
              <w:bottom w:val="single" w:sz="8" w:color="2F5597"/>
              <w:right w:val="single" w:sz="8" w:color="2F5597"/>
            </w:tcBorders>
          </w:tcPr>
          <w:p>
            <w:pPr>
              <w:jc w:val="center"/>
            </w:pPr>
            <w:r/>
            <w:r>
              <w:rPr>
                <w:rFonts w:ascii="Arial" w:hAnsi="Arial" w:eastAsia="Arial"/>
                <w:b/>
                <w:color w:val="203040"/>
                <w:sz w:val="21"/>
              </w:rPr>
              <w:t>Chủ sở hữu là tổ chức</w:t>
            </w:r>
          </w:p>
        </w:tc>
      </w:tr>
    </w:tbl>
    <w:p>
      <w:pPr>
        <w:spacing w:before="20" w:after="20"/>
        <w:jc w:val="center"/>
      </w:pPr>
      <w:r>
        <w:rPr>
          <w:color w:val="5B9BD5"/>
          <w:sz w:val="28"/>
        </w:rPr>
        <w:t>↓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5250"/>
      </w:tblGrid>
      <w:tr>
        <w:tc>
          <w:tcPr>
            <w:tcW w:type="dxa" w:w="13248"/>
            <w:shd w:fill="FFFFFF"/>
            <w:vAlign w:val="center"/>
            <w:tcBorders>
              <w:top w:val="single" w:sz="8" w:color="9FBAD0"/>
              <w:left w:val="single" w:sz="8" w:color="9FBAD0"/>
              <w:bottom w:val="single" w:sz="8" w:color="9FBAD0"/>
              <w:right w:val="single" w:sz="8" w:color="9FBAD0"/>
            </w:tcBorders>
          </w:tcPr>
          <w:p>
            <w:pPr>
              <w:jc w:val="center"/>
            </w:pPr>
            <w:r/>
            <w:r>
              <w:rPr>
                <w:rFonts w:ascii="Arial" w:hAnsi="Arial" w:eastAsia="Arial"/>
                <w:b/>
                <w:color w:val="203040"/>
                <w:sz w:val="21"/>
              </w:rPr>
              <w:t>Chủ tịch công ty</w:t>
            </w:r>
          </w:p>
        </w:tc>
      </w:tr>
    </w:tbl>
    <w:p>
      <w:pPr>
        <w:spacing w:before="20" w:after="20"/>
        <w:jc w:val="center"/>
      </w:pPr>
      <w:r>
        <w:rPr>
          <w:color w:val="5B9BD5"/>
          <w:sz w:val="28"/>
        </w:rPr>
        <w:t>↓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5250"/>
      </w:tblGrid>
      <w:tr>
        <w:tc>
          <w:tcPr>
            <w:tcW w:type="dxa" w:w="13248"/>
            <w:shd w:fill="FFFFFF"/>
            <w:vAlign w:val="center"/>
            <w:tcBorders>
              <w:top w:val="single" w:sz="8" w:color="9FBAD0"/>
              <w:left w:val="single" w:sz="8" w:color="9FBAD0"/>
              <w:bottom w:val="single" w:sz="8" w:color="9FBAD0"/>
              <w:right w:val="single" w:sz="8" w:color="9FBAD0"/>
            </w:tcBorders>
          </w:tcPr>
          <w:p>
            <w:pPr>
              <w:jc w:val="center"/>
            </w:pPr>
            <w:r/>
            <w:r>
              <w:rPr>
                <w:rFonts w:ascii="Arial" w:hAnsi="Arial" w:eastAsia="Arial"/>
                <w:b/>
                <w:color w:val="203040"/>
                <w:sz w:val="21"/>
              </w:rPr>
              <w:t>Giám đốc / Tổng giám đốc</w:t>
            </w:r>
          </w:p>
        </w:tc>
      </w:tr>
    </w:tbl>
    <w:p>
      <w:pPr>
        <w:spacing w:before="20" w:after="20"/>
        <w:jc w:val="center"/>
      </w:pPr>
      <w:r>
        <w:rPr>
          <w:color w:val="5B9BD5"/>
          <w:sz w:val="28"/>
        </w:rPr>
        <w:t>↓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812"/>
        <w:gridCol w:w="3812"/>
        <w:gridCol w:w="3812"/>
        <w:gridCol w:w="3812"/>
      </w:tblGrid>
      <w:tr>
        <w:tc>
          <w:tcPr>
            <w:tcW w:type="dxa" w:w="3312"/>
            <w:shd w:fill="FFFFFF"/>
            <w:vAlign w:val="center"/>
            <w:tcBorders>
              <w:top w:val="single" w:sz="8" w:color="9FBAD0"/>
              <w:left w:val="single" w:sz="8" w:color="9FBAD0"/>
              <w:bottom w:val="single" w:sz="8" w:color="9FBAD0"/>
              <w:right w:val="single" w:sz="8" w:color="9FBAD0"/>
            </w:tcBorders>
          </w:tcPr>
          <w:p>
            <w:pPr>
              <w:jc w:val="center"/>
            </w:pPr>
            <w:r/>
            <w:r>
              <w:rPr>
                <w:rFonts w:ascii="Arial" w:hAnsi="Arial" w:eastAsia="Arial"/>
                <w:b/>
                <w:color w:val="203040"/>
                <w:sz w:val="21"/>
              </w:rPr>
              <w:t>Tài chính – Kế toán</w:t>
            </w:r>
          </w:p>
        </w:tc>
        <w:tc>
          <w:tcPr>
            <w:tcW w:type="dxa" w:w="3312"/>
            <w:shd w:fill="FFFFFF"/>
            <w:vAlign w:val="center"/>
            <w:tcBorders>
              <w:top w:val="single" w:sz="8" w:color="9FBAD0"/>
              <w:left w:val="single" w:sz="8" w:color="9FBAD0"/>
              <w:bottom w:val="single" w:sz="8" w:color="9FBAD0"/>
              <w:right w:val="single" w:sz="8" w:color="9FBAD0"/>
            </w:tcBorders>
          </w:tcPr>
          <w:p>
            <w:pPr>
              <w:jc w:val="center"/>
            </w:pPr>
            <w:r/>
            <w:r>
              <w:rPr>
                <w:rFonts w:ascii="Arial" w:hAnsi="Arial" w:eastAsia="Arial"/>
                <w:b/>
                <w:color w:val="203040"/>
                <w:sz w:val="21"/>
              </w:rPr>
              <w:t>Kinh doanh</w:t>
            </w:r>
          </w:p>
        </w:tc>
        <w:tc>
          <w:tcPr>
            <w:tcW w:type="dxa" w:w="3312"/>
            <w:shd w:fill="FFFFFF"/>
            <w:vAlign w:val="center"/>
            <w:tcBorders>
              <w:top w:val="single" w:sz="8" w:color="9FBAD0"/>
              <w:left w:val="single" w:sz="8" w:color="9FBAD0"/>
              <w:bottom w:val="single" w:sz="8" w:color="9FBAD0"/>
              <w:right w:val="single" w:sz="8" w:color="9FBAD0"/>
            </w:tcBorders>
          </w:tcPr>
          <w:p>
            <w:pPr>
              <w:jc w:val="center"/>
            </w:pPr>
            <w:r/>
            <w:r>
              <w:rPr>
                <w:rFonts w:ascii="Arial" w:hAnsi="Arial" w:eastAsia="Arial"/>
                <w:b/>
                <w:color w:val="203040"/>
                <w:sz w:val="21"/>
              </w:rPr>
              <w:t>Vận hành</w:t>
            </w:r>
          </w:p>
        </w:tc>
        <w:tc>
          <w:tcPr>
            <w:tcW w:type="dxa" w:w="3312"/>
            <w:shd w:fill="FFFFFF"/>
            <w:vAlign w:val="center"/>
            <w:tcBorders>
              <w:top w:val="single" w:sz="8" w:color="9FBAD0"/>
              <w:left w:val="single" w:sz="8" w:color="9FBAD0"/>
              <w:bottom w:val="single" w:sz="8" w:color="9FBAD0"/>
              <w:right w:val="single" w:sz="8" w:color="9FBAD0"/>
            </w:tcBorders>
          </w:tcPr>
          <w:p>
            <w:pPr>
              <w:jc w:val="center"/>
            </w:pPr>
            <w:r/>
            <w:r>
              <w:rPr>
                <w:rFonts w:ascii="Arial" w:hAnsi="Arial" w:eastAsia="Arial"/>
                <w:b/>
                <w:color w:val="203040"/>
                <w:sz w:val="21"/>
              </w:rPr>
              <w:t>Nhân sự – Hành chính</w:t>
            </w:r>
          </w:p>
        </w:tc>
      </w:tr>
    </w:tbl>
    <w:p>
      <w:pPr>
        <w:spacing w:before="160"/>
      </w:pPr>
      <w:r>
        <w:rPr>
          <w:b/>
          <w:color w:val="2F5597"/>
        </w:rPr>
        <w:t xml:space="preserve">Lưu ý: </w:t>
      </w:r>
      <w:r>
        <w:t>Tham chiếu Điều 79 Luật Doanh nghiệp 2020. Phòng ban bên dưới là lớp vận hành minh họa.</w:t>
      </w:r>
    </w:p>
    <w:p>
      <w:pPr>
        <w:jc w:val="center"/>
      </w:pPr>
      <w:r>
        <w:t>Nguồn pháp lý: Điều 79 Luật Doanh nghiệp 2020 (được sửa đổi, bổ sung).</w:t>
      </w:r>
    </w:p>
    <w:p>
      <w:r>
        <w:br w:type="page"/>
      </w:r>
    </w:p>
    <w:p>
      <w:pPr>
        <w:jc w:val="center"/>
      </w:pPr>
      <w:r>
        <w:rPr>
          <w:rFonts w:ascii="Arial" w:hAnsi="Arial" w:eastAsia="Arial"/>
          <w:b/>
          <w:color w:val="17365D"/>
          <w:sz w:val="32"/>
        </w:rPr>
        <w:t>Công ty TNHH một thành viên – Chủ sở hữu là tổ chức, mô hình Hội đồng thành viên</w:t>
      </w:r>
    </w:p>
    <w:p>
      <w:pPr>
        <w:jc w:val="center"/>
      </w:pPr>
      <w:r>
        <w:rPr>
          <w:i/>
          <w:color w:val="64748B"/>
          <w:sz w:val="18"/>
        </w:rPr>
        <w:t>Mẫu Word chỉnh sửa được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5250"/>
      </w:tblGrid>
      <w:tr>
        <w:tc>
          <w:tcPr>
            <w:tcW w:type="dxa" w:w="13248"/>
            <w:shd w:fill="DDEBF7"/>
            <w:vAlign w:val="center"/>
            <w:tcBorders>
              <w:top w:val="single" w:sz="8" w:color="2F5597"/>
              <w:left w:val="single" w:sz="8" w:color="2F5597"/>
              <w:bottom w:val="single" w:sz="8" w:color="2F5597"/>
              <w:right w:val="single" w:sz="8" w:color="2F5597"/>
            </w:tcBorders>
          </w:tcPr>
          <w:p>
            <w:pPr>
              <w:jc w:val="center"/>
            </w:pPr>
            <w:r/>
            <w:r>
              <w:rPr>
                <w:rFonts w:ascii="Arial" w:hAnsi="Arial" w:eastAsia="Arial"/>
                <w:b/>
                <w:color w:val="203040"/>
                <w:sz w:val="21"/>
              </w:rPr>
              <w:t>Chủ sở hữu là tổ chức</w:t>
            </w:r>
          </w:p>
        </w:tc>
      </w:tr>
    </w:tbl>
    <w:p>
      <w:pPr>
        <w:spacing w:before="20" w:after="20"/>
        <w:jc w:val="center"/>
      </w:pPr>
      <w:r>
        <w:rPr>
          <w:color w:val="5B9BD5"/>
          <w:sz w:val="28"/>
        </w:rPr>
        <w:t>↓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5250"/>
      </w:tblGrid>
      <w:tr>
        <w:tc>
          <w:tcPr>
            <w:tcW w:type="dxa" w:w="13248"/>
            <w:shd w:fill="FFFFFF"/>
            <w:vAlign w:val="center"/>
            <w:tcBorders>
              <w:top w:val="single" w:sz="8" w:color="9FBAD0"/>
              <w:left w:val="single" w:sz="8" w:color="9FBAD0"/>
              <w:bottom w:val="single" w:sz="8" w:color="9FBAD0"/>
              <w:right w:val="single" w:sz="8" w:color="9FBAD0"/>
            </w:tcBorders>
          </w:tcPr>
          <w:p>
            <w:pPr>
              <w:jc w:val="center"/>
            </w:pPr>
            <w:r/>
            <w:r>
              <w:rPr>
                <w:rFonts w:ascii="Arial" w:hAnsi="Arial" w:eastAsia="Arial"/>
                <w:b/>
                <w:color w:val="203040"/>
                <w:sz w:val="21"/>
              </w:rPr>
              <w:t>Hội đồng thành viên</w:t>
            </w:r>
          </w:p>
        </w:tc>
      </w:tr>
    </w:tbl>
    <w:p>
      <w:pPr>
        <w:spacing w:before="20" w:after="20"/>
        <w:jc w:val="center"/>
      </w:pPr>
      <w:r>
        <w:rPr>
          <w:color w:val="5B9BD5"/>
          <w:sz w:val="28"/>
        </w:rPr>
        <w:t>↓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5250"/>
      </w:tblGrid>
      <w:tr>
        <w:tc>
          <w:tcPr>
            <w:tcW w:type="dxa" w:w="13248"/>
            <w:shd w:fill="FFFFFF"/>
            <w:vAlign w:val="center"/>
            <w:tcBorders>
              <w:top w:val="single" w:sz="8" w:color="9FBAD0"/>
              <w:left w:val="single" w:sz="8" w:color="9FBAD0"/>
              <w:bottom w:val="single" w:sz="8" w:color="9FBAD0"/>
              <w:right w:val="single" w:sz="8" w:color="9FBAD0"/>
            </w:tcBorders>
          </w:tcPr>
          <w:p>
            <w:pPr>
              <w:jc w:val="center"/>
            </w:pPr>
            <w:r/>
            <w:r>
              <w:rPr>
                <w:rFonts w:ascii="Arial" w:hAnsi="Arial" w:eastAsia="Arial"/>
                <w:b/>
                <w:color w:val="203040"/>
                <w:sz w:val="21"/>
              </w:rPr>
              <w:t>Giám đốc / Tổng giám đốc</w:t>
            </w:r>
          </w:p>
        </w:tc>
      </w:tr>
    </w:tbl>
    <w:p>
      <w:pPr>
        <w:spacing w:before="20" w:after="20"/>
        <w:jc w:val="center"/>
      </w:pPr>
      <w:r>
        <w:rPr>
          <w:color w:val="5B9BD5"/>
          <w:sz w:val="28"/>
        </w:rPr>
        <w:t>↓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812"/>
        <w:gridCol w:w="3812"/>
        <w:gridCol w:w="3812"/>
        <w:gridCol w:w="3812"/>
      </w:tblGrid>
      <w:tr>
        <w:tc>
          <w:tcPr>
            <w:tcW w:type="dxa" w:w="3312"/>
            <w:shd w:fill="FFFFFF"/>
            <w:vAlign w:val="center"/>
            <w:tcBorders>
              <w:top w:val="single" w:sz="8" w:color="9FBAD0"/>
              <w:left w:val="single" w:sz="8" w:color="9FBAD0"/>
              <w:bottom w:val="single" w:sz="8" w:color="9FBAD0"/>
              <w:right w:val="single" w:sz="8" w:color="9FBAD0"/>
            </w:tcBorders>
          </w:tcPr>
          <w:p>
            <w:pPr>
              <w:jc w:val="center"/>
            </w:pPr>
            <w:r/>
            <w:r>
              <w:rPr>
                <w:rFonts w:ascii="Arial" w:hAnsi="Arial" w:eastAsia="Arial"/>
                <w:b/>
                <w:color w:val="203040"/>
                <w:sz w:val="21"/>
              </w:rPr>
              <w:t>Tài chính – Kế toán</w:t>
            </w:r>
          </w:p>
        </w:tc>
        <w:tc>
          <w:tcPr>
            <w:tcW w:type="dxa" w:w="3312"/>
            <w:shd w:fill="FFFFFF"/>
            <w:vAlign w:val="center"/>
            <w:tcBorders>
              <w:top w:val="single" w:sz="8" w:color="9FBAD0"/>
              <w:left w:val="single" w:sz="8" w:color="9FBAD0"/>
              <w:bottom w:val="single" w:sz="8" w:color="9FBAD0"/>
              <w:right w:val="single" w:sz="8" w:color="9FBAD0"/>
            </w:tcBorders>
          </w:tcPr>
          <w:p>
            <w:pPr>
              <w:jc w:val="center"/>
            </w:pPr>
            <w:r/>
            <w:r>
              <w:rPr>
                <w:rFonts w:ascii="Arial" w:hAnsi="Arial" w:eastAsia="Arial"/>
                <w:b/>
                <w:color w:val="203040"/>
                <w:sz w:val="21"/>
              </w:rPr>
              <w:t>Kinh doanh</w:t>
            </w:r>
          </w:p>
        </w:tc>
        <w:tc>
          <w:tcPr>
            <w:tcW w:type="dxa" w:w="3312"/>
            <w:shd w:fill="FFFFFF"/>
            <w:vAlign w:val="center"/>
            <w:tcBorders>
              <w:top w:val="single" w:sz="8" w:color="9FBAD0"/>
              <w:left w:val="single" w:sz="8" w:color="9FBAD0"/>
              <w:bottom w:val="single" w:sz="8" w:color="9FBAD0"/>
              <w:right w:val="single" w:sz="8" w:color="9FBAD0"/>
            </w:tcBorders>
          </w:tcPr>
          <w:p>
            <w:pPr>
              <w:jc w:val="center"/>
            </w:pPr>
            <w:r/>
            <w:r>
              <w:rPr>
                <w:rFonts w:ascii="Arial" w:hAnsi="Arial" w:eastAsia="Arial"/>
                <w:b/>
                <w:color w:val="203040"/>
                <w:sz w:val="21"/>
              </w:rPr>
              <w:t>Vận hành</w:t>
            </w:r>
          </w:p>
        </w:tc>
        <w:tc>
          <w:tcPr>
            <w:tcW w:type="dxa" w:w="3312"/>
            <w:shd w:fill="FFFFFF"/>
            <w:vAlign w:val="center"/>
            <w:tcBorders>
              <w:top w:val="single" w:sz="8" w:color="9FBAD0"/>
              <w:left w:val="single" w:sz="8" w:color="9FBAD0"/>
              <w:bottom w:val="single" w:sz="8" w:color="9FBAD0"/>
              <w:right w:val="single" w:sz="8" w:color="9FBAD0"/>
            </w:tcBorders>
          </w:tcPr>
          <w:p>
            <w:pPr>
              <w:jc w:val="center"/>
            </w:pPr>
            <w:r/>
            <w:r>
              <w:rPr>
                <w:rFonts w:ascii="Arial" w:hAnsi="Arial" w:eastAsia="Arial"/>
                <w:b/>
                <w:color w:val="203040"/>
                <w:sz w:val="21"/>
              </w:rPr>
              <w:t>Nhân sự – Hành chính</w:t>
            </w:r>
          </w:p>
        </w:tc>
      </w:tr>
    </w:tbl>
    <w:p>
      <w:pPr>
        <w:spacing w:before="160"/>
      </w:pPr>
      <w:r>
        <w:rPr>
          <w:b/>
          <w:color w:val="2F5597"/>
        </w:rPr>
        <w:t xml:space="preserve">Lưu ý: </w:t>
      </w:r>
      <w:r>
        <w:t>Tham chiếu Điều 79 Luật Doanh nghiệp 2020. Phòng ban bên dưới là lớp vận hành minh họa.</w:t>
      </w:r>
    </w:p>
    <w:p>
      <w:pPr>
        <w:jc w:val="center"/>
      </w:pPr>
      <w:r>
        <w:t>Nguồn pháp lý: Điều 79 Luật Doanh nghiệp 2020 (được sửa đổi, bổ sung).</w:t>
      </w:r>
    </w:p>
    <w:p>
      <w:r>
        <w:br w:type="page"/>
      </w:r>
    </w:p>
    <w:p>
      <w:pPr>
        <w:jc w:val="center"/>
      </w:pPr>
      <w:r>
        <w:rPr>
          <w:rFonts w:ascii="Arial" w:hAnsi="Arial" w:eastAsia="Arial"/>
          <w:b/>
          <w:color w:val="17365D"/>
          <w:sz w:val="32"/>
        </w:rPr>
        <w:t>Công ty TNHH hai thành viên trở lên</w:t>
      </w:r>
    </w:p>
    <w:p>
      <w:pPr>
        <w:jc w:val="center"/>
      </w:pPr>
      <w:r>
        <w:rPr>
          <w:i/>
          <w:color w:val="64748B"/>
          <w:sz w:val="18"/>
        </w:rPr>
        <w:t>Mẫu Word chỉnh sửa được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5250"/>
      </w:tblGrid>
      <w:tr>
        <w:tc>
          <w:tcPr>
            <w:tcW w:type="dxa" w:w="13248"/>
            <w:shd w:fill="DDEBF7"/>
            <w:vAlign w:val="center"/>
            <w:tcBorders>
              <w:top w:val="single" w:sz="8" w:color="2F5597"/>
              <w:left w:val="single" w:sz="8" w:color="2F5597"/>
              <w:bottom w:val="single" w:sz="8" w:color="2F5597"/>
              <w:right w:val="single" w:sz="8" w:color="2F5597"/>
            </w:tcBorders>
          </w:tcPr>
          <w:p>
            <w:pPr>
              <w:jc w:val="center"/>
            </w:pPr>
            <w:r/>
            <w:r>
              <w:rPr>
                <w:rFonts w:ascii="Arial" w:hAnsi="Arial" w:eastAsia="Arial"/>
                <w:b/>
                <w:color w:val="203040"/>
                <w:sz w:val="21"/>
              </w:rPr>
              <w:t>Hội đồng thành viên</w:t>
            </w:r>
          </w:p>
        </w:tc>
      </w:tr>
    </w:tbl>
    <w:p>
      <w:pPr>
        <w:spacing w:before="20" w:after="20"/>
        <w:jc w:val="center"/>
      </w:pPr>
      <w:r>
        <w:rPr>
          <w:color w:val="5B9BD5"/>
          <w:sz w:val="28"/>
        </w:rPr>
        <w:t>↓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5250"/>
      </w:tblGrid>
      <w:tr>
        <w:tc>
          <w:tcPr>
            <w:tcW w:type="dxa" w:w="13248"/>
            <w:shd w:fill="FFFFFF"/>
            <w:vAlign w:val="center"/>
            <w:tcBorders>
              <w:top w:val="single" w:sz="8" w:color="9FBAD0"/>
              <w:left w:val="single" w:sz="8" w:color="9FBAD0"/>
              <w:bottom w:val="single" w:sz="8" w:color="9FBAD0"/>
              <w:right w:val="single" w:sz="8" w:color="9FBAD0"/>
            </w:tcBorders>
          </w:tcPr>
          <w:p>
            <w:pPr>
              <w:jc w:val="center"/>
            </w:pPr>
            <w:r/>
            <w:r>
              <w:rPr>
                <w:rFonts w:ascii="Arial" w:hAnsi="Arial" w:eastAsia="Arial"/>
                <w:b/>
                <w:color w:val="203040"/>
                <w:sz w:val="21"/>
              </w:rPr>
              <w:t>Chủ tịch Hội đồng thành viên</w:t>
            </w:r>
          </w:p>
        </w:tc>
      </w:tr>
    </w:tbl>
    <w:p>
      <w:pPr>
        <w:spacing w:before="20" w:after="20"/>
        <w:jc w:val="center"/>
      </w:pPr>
      <w:r>
        <w:rPr>
          <w:color w:val="5B9BD5"/>
          <w:sz w:val="28"/>
        </w:rPr>
        <w:t>↓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5250"/>
      </w:tblGrid>
      <w:tr>
        <w:tc>
          <w:tcPr>
            <w:tcW w:type="dxa" w:w="13248"/>
            <w:shd w:fill="FFFFFF"/>
            <w:vAlign w:val="center"/>
            <w:tcBorders>
              <w:top w:val="single" w:sz="8" w:color="9FBAD0"/>
              <w:left w:val="single" w:sz="8" w:color="9FBAD0"/>
              <w:bottom w:val="single" w:sz="8" w:color="9FBAD0"/>
              <w:right w:val="single" w:sz="8" w:color="9FBAD0"/>
            </w:tcBorders>
          </w:tcPr>
          <w:p>
            <w:pPr>
              <w:jc w:val="center"/>
            </w:pPr>
            <w:r/>
            <w:r>
              <w:rPr>
                <w:rFonts w:ascii="Arial" w:hAnsi="Arial" w:eastAsia="Arial"/>
                <w:b/>
                <w:color w:val="203040"/>
                <w:sz w:val="21"/>
              </w:rPr>
              <w:t>Giám đốc / Tổng giám đốc</w:t>
            </w:r>
          </w:p>
        </w:tc>
      </w:tr>
    </w:tbl>
    <w:p>
      <w:pPr>
        <w:spacing w:before="20" w:after="20"/>
        <w:jc w:val="center"/>
      </w:pPr>
      <w:r>
        <w:rPr>
          <w:color w:val="5B9BD5"/>
          <w:sz w:val="28"/>
        </w:rPr>
        <w:t>↓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812"/>
        <w:gridCol w:w="3812"/>
        <w:gridCol w:w="3812"/>
        <w:gridCol w:w="3812"/>
      </w:tblGrid>
      <w:tr>
        <w:tc>
          <w:tcPr>
            <w:tcW w:type="dxa" w:w="3312"/>
            <w:shd w:fill="FFFFFF"/>
            <w:vAlign w:val="center"/>
            <w:tcBorders>
              <w:top w:val="single" w:sz="8" w:color="9FBAD0"/>
              <w:left w:val="single" w:sz="8" w:color="9FBAD0"/>
              <w:bottom w:val="single" w:sz="8" w:color="9FBAD0"/>
              <w:right w:val="single" w:sz="8" w:color="9FBAD0"/>
            </w:tcBorders>
          </w:tcPr>
          <w:p>
            <w:pPr>
              <w:jc w:val="center"/>
            </w:pPr>
            <w:r/>
            <w:r>
              <w:rPr>
                <w:rFonts w:ascii="Arial" w:hAnsi="Arial" w:eastAsia="Arial"/>
                <w:b/>
                <w:color w:val="203040"/>
                <w:sz w:val="21"/>
              </w:rPr>
              <w:t>Tài chính – Kế toán</w:t>
            </w:r>
          </w:p>
        </w:tc>
        <w:tc>
          <w:tcPr>
            <w:tcW w:type="dxa" w:w="3312"/>
            <w:shd w:fill="FFFFFF"/>
            <w:vAlign w:val="center"/>
            <w:tcBorders>
              <w:top w:val="single" w:sz="8" w:color="9FBAD0"/>
              <w:left w:val="single" w:sz="8" w:color="9FBAD0"/>
              <w:bottom w:val="single" w:sz="8" w:color="9FBAD0"/>
              <w:right w:val="single" w:sz="8" w:color="9FBAD0"/>
            </w:tcBorders>
          </w:tcPr>
          <w:p>
            <w:pPr>
              <w:jc w:val="center"/>
            </w:pPr>
            <w:r/>
            <w:r>
              <w:rPr>
                <w:rFonts w:ascii="Arial" w:hAnsi="Arial" w:eastAsia="Arial"/>
                <w:b/>
                <w:color w:val="203040"/>
                <w:sz w:val="21"/>
              </w:rPr>
              <w:t>Kinh doanh</w:t>
            </w:r>
          </w:p>
        </w:tc>
        <w:tc>
          <w:tcPr>
            <w:tcW w:type="dxa" w:w="3312"/>
            <w:shd w:fill="FFFFFF"/>
            <w:vAlign w:val="center"/>
            <w:tcBorders>
              <w:top w:val="single" w:sz="8" w:color="9FBAD0"/>
              <w:left w:val="single" w:sz="8" w:color="9FBAD0"/>
              <w:bottom w:val="single" w:sz="8" w:color="9FBAD0"/>
              <w:right w:val="single" w:sz="8" w:color="9FBAD0"/>
            </w:tcBorders>
          </w:tcPr>
          <w:p>
            <w:pPr>
              <w:jc w:val="center"/>
            </w:pPr>
            <w:r/>
            <w:r>
              <w:rPr>
                <w:rFonts w:ascii="Arial" w:hAnsi="Arial" w:eastAsia="Arial"/>
                <w:b/>
                <w:color w:val="203040"/>
                <w:sz w:val="21"/>
              </w:rPr>
              <w:t>Vận hành</w:t>
            </w:r>
          </w:p>
        </w:tc>
        <w:tc>
          <w:tcPr>
            <w:tcW w:type="dxa" w:w="3312"/>
            <w:shd w:fill="FFFFFF"/>
            <w:vAlign w:val="center"/>
            <w:tcBorders>
              <w:top w:val="single" w:sz="8" w:color="9FBAD0"/>
              <w:left w:val="single" w:sz="8" w:color="9FBAD0"/>
              <w:bottom w:val="single" w:sz="8" w:color="9FBAD0"/>
              <w:right w:val="single" w:sz="8" w:color="9FBAD0"/>
            </w:tcBorders>
          </w:tcPr>
          <w:p>
            <w:pPr>
              <w:jc w:val="center"/>
            </w:pPr>
            <w:r/>
            <w:r>
              <w:rPr>
                <w:rFonts w:ascii="Arial" w:hAnsi="Arial" w:eastAsia="Arial"/>
                <w:b/>
                <w:color w:val="203040"/>
                <w:sz w:val="21"/>
              </w:rPr>
              <w:t>Nhân sự – Hành chính</w:t>
            </w:r>
          </w:p>
        </w:tc>
      </w:tr>
    </w:tbl>
    <w:p>
      <w:pPr>
        <w:spacing w:before="160"/>
      </w:pPr>
      <w:r>
        <w:rPr>
          <w:b/>
          <w:color w:val="2F5597"/>
        </w:rPr>
        <w:t xml:space="preserve">Lưu ý: </w:t>
      </w:r>
      <w:r>
        <w:t>Tham chiếu Điều 54 Luật Doanh nghiệp 2020: Hội đồng thành viên, Chủ tịch HĐTV, Giám đốc/Tổng giám đốc.</w:t>
      </w:r>
    </w:p>
    <w:p>
      <w:pPr>
        <w:jc w:val="center"/>
      </w:pPr>
      <w:r>
        <w:t>Nguồn pháp lý: Điều 54 Luật Doanh nghiệp 2020 (được sửa đổi, bổ sung).</w:t>
      </w:r>
    </w:p>
    <w:p>
      <w:r>
        <w:br w:type="page"/>
      </w:r>
    </w:p>
    <w:p>
      <w:pPr>
        <w:jc w:val="center"/>
      </w:pPr>
      <w:r>
        <w:rPr>
          <w:rFonts w:ascii="Arial" w:hAnsi="Arial" w:eastAsia="Arial"/>
          <w:b/>
          <w:color w:val="17365D"/>
          <w:sz w:val="32"/>
        </w:rPr>
        <w:t>Công ty hợp danh</w:t>
      </w:r>
    </w:p>
    <w:p>
      <w:pPr>
        <w:jc w:val="center"/>
      </w:pPr>
      <w:r>
        <w:rPr>
          <w:i/>
          <w:color w:val="64748B"/>
          <w:sz w:val="18"/>
        </w:rPr>
        <w:t>Mẫu Word chỉnh sửa được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5250"/>
      </w:tblGrid>
      <w:tr>
        <w:tc>
          <w:tcPr>
            <w:tcW w:type="dxa" w:w="13248"/>
            <w:shd w:fill="DDEBF7"/>
            <w:vAlign w:val="center"/>
            <w:tcBorders>
              <w:top w:val="single" w:sz="8" w:color="2F5597"/>
              <w:left w:val="single" w:sz="8" w:color="2F5597"/>
              <w:bottom w:val="single" w:sz="8" w:color="2F5597"/>
              <w:right w:val="single" w:sz="8" w:color="2F5597"/>
            </w:tcBorders>
          </w:tcPr>
          <w:p>
            <w:pPr>
              <w:jc w:val="center"/>
            </w:pPr>
            <w:r/>
            <w:r>
              <w:rPr>
                <w:rFonts w:ascii="Arial" w:hAnsi="Arial" w:eastAsia="Arial"/>
                <w:b/>
                <w:color w:val="203040"/>
                <w:sz w:val="21"/>
              </w:rPr>
              <w:t>Hội đồng thành viên</w:t>
              <w:br/>
              <w:t>(tất cả thành viên)</w:t>
            </w:r>
          </w:p>
        </w:tc>
      </w:tr>
    </w:tbl>
    <w:p>
      <w:pPr>
        <w:spacing w:before="20" w:after="20"/>
        <w:jc w:val="center"/>
      </w:pPr>
      <w:r>
        <w:rPr>
          <w:color w:val="5B9BD5"/>
          <w:sz w:val="28"/>
        </w:rPr>
        <w:t>↓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5250"/>
      </w:tblGrid>
      <w:tr>
        <w:tc>
          <w:tcPr>
            <w:tcW w:type="dxa" w:w="13248"/>
            <w:shd w:fill="FFFFFF"/>
            <w:vAlign w:val="center"/>
            <w:tcBorders>
              <w:top w:val="single" w:sz="8" w:color="9FBAD0"/>
              <w:left w:val="single" w:sz="8" w:color="9FBAD0"/>
              <w:bottom w:val="single" w:sz="8" w:color="9FBAD0"/>
              <w:right w:val="single" w:sz="8" w:color="9FBAD0"/>
            </w:tcBorders>
          </w:tcPr>
          <w:p>
            <w:pPr>
              <w:jc w:val="center"/>
            </w:pPr>
            <w:r/>
            <w:r>
              <w:rPr>
                <w:rFonts w:ascii="Arial" w:hAnsi="Arial" w:eastAsia="Arial"/>
                <w:b/>
                <w:color w:val="203040"/>
                <w:sz w:val="21"/>
              </w:rPr>
              <w:t>Chủ tịch HĐTV</w:t>
              <w:br/>
              <w:t>/ Giám đốc – TGĐ</w:t>
            </w:r>
          </w:p>
        </w:tc>
      </w:tr>
    </w:tbl>
    <w:p>
      <w:pPr>
        <w:spacing w:before="20" w:after="20"/>
        <w:jc w:val="center"/>
      </w:pPr>
      <w:r>
        <w:rPr>
          <w:color w:val="5B9BD5"/>
          <w:sz w:val="28"/>
        </w:rPr>
        <w:t>↓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812"/>
        <w:gridCol w:w="3812"/>
        <w:gridCol w:w="3812"/>
        <w:gridCol w:w="3812"/>
      </w:tblGrid>
      <w:tr>
        <w:tc>
          <w:tcPr>
            <w:tcW w:type="dxa" w:w="3312"/>
            <w:shd w:fill="FFFFFF"/>
            <w:vAlign w:val="center"/>
            <w:tcBorders>
              <w:top w:val="single" w:sz="8" w:color="9FBAD0"/>
              <w:left w:val="single" w:sz="8" w:color="9FBAD0"/>
              <w:bottom w:val="single" w:sz="8" w:color="9FBAD0"/>
              <w:right w:val="single" w:sz="8" w:color="9FBAD0"/>
            </w:tcBorders>
          </w:tcPr>
          <w:p>
            <w:pPr>
              <w:jc w:val="center"/>
            </w:pPr>
            <w:r/>
            <w:r>
              <w:rPr>
                <w:rFonts w:ascii="Arial" w:hAnsi="Arial" w:eastAsia="Arial"/>
                <w:b/>
                <w:color w:val="203040"/>
                <w:sz w:val="21"/>
              </w:rPr>
              <w:t>Nhóm nghiệp vụ 1</w:t>
            </w:r>
          </w:p>
        </w:tc>
        <w:tc>
          <w:tcPr>
            <w:tcW w:type="dxa" w:w="3312"/>
            <w:shd w:fill="FFFFFF"/>
            <w:vAlign w:val="center"/>
            <w:tcBorders>
              <w:top w:val="single" w:sz="8" w:color="9FBAD0"/>
              <w:left w:val="single" w:sz="8" w:color="9FBAD0"/>
              <w:bottom w:val="single" w:sz="8" w:color="9FBAD0"/>
              <w:right w:val="single" w:sz="8" w:color="9FBAD0"/>
            </w:tcBorders>
          </w:tcPr>
          <w:p>
            <w:pPr>
              <w:jc w:val="center"/>
            </w:pPr>
            <w:r/>
            <w:r>
              <w:rPr>
                <w:rFonts w:ascii="Arial" w:hAnsi="Arial" w:eastAsia="Arial"/>
                <w:b/>
                <w:color w:val="203040"/>
                <w:sz w:val="21"/>
              </w:rPr>
              <w:t>Nhóm nghiệp vụ 2</w:t>
            </w:r>
          </w:p>
        </w:tc>
        <w:tc>
          <w:tcPr>
            <w:tcW w:type="dxa" w:w="3312"/>
            <w:shd w:fill="FFFFFF"/>
            <w:vAlign w:val="center"/>
            <w:tcBorders>
              <w:top w:val="single" w:sz="8" w:color="9FBAD0"/>
              <w:left w:val="single" w:sz="8" w:color="9FBAD0"/>
              <w:bottom w:val="single" w:sz="8" w:color="9FBAD0"/>
              <w:right w:val="single" w:sz="8" w:color="9FBAD0"/>
            </w:tcBorders>
          </w:tcPr>
          <w:p>
            <w:pPr>
              <w:jc w:val="center"/>
            </w:pPr>
            <w:r/>
            <w:r>
              <w:rPr>
                <w:rFonts w:ascii="Arial" w:hAnsi="Arial" w:eastAsia="Arial"/>
                <w:b/>
                <w:color w:val="203040"/>
                <w:sz w:val="21"/>
              </w:rPr>
              <w:t>Tài chính – Kế toán</w:t>
            </w:r>
          </w:p>
        </w:tc>
        <w:tc>
          <w:tcPr>
            <w:tcW w:type="dxa" w:w="3312"/>
            <w:shd w:fill="FFFFFF"/>
            <w:vAlign w:val="center"/>
            <w:tcBorders>
              <w:top w:val="single" w:sz="8" w:color="9FBAD0"/>
              <w:left w:val="single" w:sz="8" w:color="9FBAD0"/>
              <w:bottom w:val="single" w:sz="8" w:color="9FBAD0"/>
              <w:right w:val="single" w:sz="8" w:color="9FBAD0"/>
            </w:tcBorders>
          </w:tcPr>
          <w:p>
            <w:pPr>
              <w:jc w:val="center"/>
            </w:pPr>
            <w:r/>
            <w:r>
              <w:rPr>
                <w:rFonts w:ascii="Arial" w:hAnsi="Arial" w:eastAsia="Arial"/>
                <w:b/>
                <w:color w:val="203040"/>
                <w:sz w:val="21"/>
              </w:rPr>
              <w:t>Hành chính</w:t>
            </w:r>
          </w:p>
        </w:tc>
      </w:tr>
    </w:tbl>
    <w:p>
      <w:pPr>
        <w:spacing w:before="160"/>
      </w:pPr>
      <w:r>
        <w:rPr>
          <w:b/>
          <w:color w:val="2F5597"/>
        </w:rPr>
        <w:t xml:space="preserve">Lưu ý: </w:t>
      </w:r>
      <w:r>
        <w:t>Tất cả thành viên hợp lại thành HĐTV; HĐTV bầu một thành viên hợp danh làm Chủ tịch, đồng thời có thể kiêm Giám đốc/Tổng giám đốc nếu Điều lệ không quy định khác.</w:t>
      </w:r>
    </w:p>
    <w:p>
      <w:pPr>
        <w:jc w:val="center"/>
      </w:pPr>
      <w:r>
        <w:t>Nguồn pháp lý: Điều 177, 184 Luật Doanh nghiệp 2020 (được sửa đổi, bổ sung).</w:t>
      </w:r>
    </w:p>
    <w:p>
      <w:r>
        <w:br w:type="page"/>
      </w:r>
    </w:p>
    <w:p>
      <w:pPr>
        <w:jc w:val="center"/>
      </w:pPr>
      <w:r>
        <w:rPr>
          <w:rFonts w:ascii="Arial" w:hAnsi="Arial" w:eastAsia="Arial"/>
          <w:b/>
          <w:color w:val="17365D"/>
          <w:sz w:val="32"/>
        </w:rPr>
        <w:t>Doanh nghiệp tư nhân</w:t>
      </w:r>
    </w:p>
    <w:p>
      <w:pPr>
        <w:jc w:val="center"/>
      </w:pPr>
      <w:r>
        <w:rPr>
          <w:i/>
          <w:color w:val="64748B"/>
          <w:sz w:val="18"/>
        </w:rPr>
        <w:t>Mẫu Word chỉnh sửa được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5250"/>
      </w:tblGrid>
      <w:tr>
        <w:tc>
          <w:tcPr>
            <w:tcW w:type="dxa" w:w="13248"/>
            <w:shd w:fill="DDEBF7"/>
            <w:vAlign w:val="center"/>
            <w:tcBorders>
              <w:top w:val="single" w:sz="8" w:color="2F5597"/>
              <w:left w:val="single" w:sz="8" w:color="2F5597"/>
              <w:bottom w:val="single" w:sz="8" w:color="2F5597"/>
              <w:right w:val="single" w:sz="8" w:color="2F5597"/>
            </w:tcBorders>
          </w:tcPr>
          <w:p>
            <w:pPr>
              <w:jc w:val="center"/>
            </w:pPr>
            <w:r/>
            <w:r>
              <w:rPr>
                <w:rFonts w:ascii="Arial" w:hAnsi="Arial" w:eastAsia="Arial"/>
                <w:b/>
                <w:color w:val="203040"/>
                <w:sz w:val="21"/>
              </w:rPr>
              <w:t>Chủ doanh nghiệp tư nhân</w:t>
            </w:r>
          </w:p>
        </w:tc>
      </w:tr>
    </w:tbl>
    <w:p>
      <w:pPr>
        <w:spacing w:before="20" w:after="20"/>
        <w:jc w:val="center"/>
      </w:pPr>
      <w:r>
        <w:rPr>
          <w:color w:val="5B9BD5"/>
          <w:sz w:val="28"/>
        </w:rPr>
        <w:t>↓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5250"/>
      </w:tblGrid>
      <w:tr>
        <w:tc>
          <w:tcPr>
            <w:tcW w:type="dxa" w:w="13248"/>
            <w:shd w:fill="FFFFFF"/>
            <w:vAlign w:val="center"/>
            <w:tcBorders>
              <w:top w:val="single" w:sz="8" w:color="9FBAD0"/>
              <w:left w:val="single" w:sz="8" w:color="9FBAD0"/>
              <w:bottom w:val="single" w:sz="8" w:color="9FBAD0"/>
              <w:right w:val="single" w:sz="8" w:color="9FBAD0"/>
            </w:tcBorders>
          </w:tcPr>
          <w:p>
            <w:pPr>
              <w:jc w:val="center"/>
            </w:pPr>
            <w:r/>
            <w:r>
              <w:rPr>
                <w:rFonts w:ascii="Arial" w:hAnsi="Arial" w:eastAsia="Arial"/>
                <w:b/>
                <w:color w:val="203040"/>
                <w:sz w:val="21"/>
              </w:rPr>
              <w:t>Trực tiếp điều hành</w:t>
              <w:br/>
              <w:t>HOẶC</w:t>
              <w:br/>
              <w:t>Thuê Giám đốc / TGĐ</w:t>
            </w:r>
          </w:p>
        </w:tc>
      </w:tr>
    </w:tbl>
    <w:p>
      <w:pPr>
        <w:spacing w:before="20" w:after="20"/>
        <w:jc w:val="center"/>
      </w:pPr>
      <w:r>
        <w:rPr>
          <w:color w:val="5B9BD5"/>
          <w:sz w:val="28"/>
        </w:rPr>
        <w:t>↓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812"/>
        <w:gridCol w:w="3812"/>
        <w:gridCol w:w="3812"/>
        <w:gridCol w:w="3812"/>
      </w:tblGrid>
      <w:tr>
        <w:tc>
          <w:tcPr>
            <w:tcW w:type="dxa" w:w="3312"/>
            <w:shd w:fill="FFFFFF"/>
            <w:vAlign w:val="center"/>
            <w:tcBorders>
              <w:top w:val="single" w:sz="8" w:color="9FBAD0"/>
              <w:left w:val="single" w:sz="8" w:color="9FBAD0"/>
              <w:bottom w:val="single" w:sz="8" w:color="9FBAD0"/>
              <w:right w:val="single" w:sz="8" w:color="9FBAD0"/>
            </w:tcBorders>
          </w:tcPr>
          <w:p>
            <w:pPr>
              <w:jc w:val="center"/>
            </w:pPr>
            <w:r/>
            <w:r>
              <w:rPr>
                <w:rFonts w:ascii="Arial" w:hAnsi="Arial" w:eastAsia="Arial"/>
                <w:b/>
                <w:color w:val="203040"/>
                <w:sz w:val="21"/>
              </w:rPr>
              <w:t>Kế toán</w:t>
            </w:r>
          </w:p>
        </w:tc>
        <w:tc>
          <w:tcPr>
            <w:tcW w:type="dxa" w:w="3312"/>
            <w:shd w:fill="FFFFFF"/>
            <w:vAlign w:val="center"/>
            <w:tcBorders>
              <w:top w:val="single" w:sz="8" w:color="9FBAD0"/>
              <w:left w:val="single" w:sz="8" w:color="9FBAD0"/>
              <w:bottom w:val="single" w:sz="8" w:color="9FBAD0"/>
              <w:right w:val="single" w:sz="8" w:color="9FBAD0"/>
            </w:tcBorders>
          </w:tcPr>
          <w:p>
            <w:pPr>
              <w:jc w:val="center"/>
            </w:pPr>
            <w:r/>
            <w:r>
              <w:rPr>
                <w:rFonts w:ascii="Arial" w:hAnsi="Arial" w:eastAsia="Arial"/>
                <w:b/>
                <w:color w:val="203040"/>
                <w:sz w:val="21"/>
              </w:rPr>
              <w:t>Kinh doanh</w:t>
            </w:r>
          </w:p>
        </w:tc>
        <w:tc>
          <w:tcPr>
            <w:tcW w:type="dxa" w:w="3312"/>
            <w:shd w:fill="FFFFFF"/>
            <w:vAlign w:val="center"/>
            <w:tcBorders>
              <w:top w:val="single" w:sz="8" w:color="9FBAD0"/>
              <w:left w:val="single" w:sz="8" w:color="9FBAD0"/>
              <w:bottom w:val="single" w:sz="8" w:color="9FBAD0"/>
              <w:right w:val="single" w:sz="8" w:color="9FBAD0"/>
            </w:tcBorders>
          </w:tcPr>
          <w:p>
            <w:pPr>
              <w:jc w:val="center"/>
            </w:pPr>
            <w:r/>
            <w:r>
              <w:rPr>
                <w:rFonts w:ascii="Arial" w:hAnsi="Arial" w:eastAsia="Arial"/>
                <w:b/>
                <w:color w:val="203040"/>
                <w:sz w:val="21"/>
              </w:rPr>
              <w:t>Vận hành</w:t>
            </w:r>
          </w:p>
        </w:tc>
        <w:tc>
          <w:tcPr>
            <w:tcW w:type="dxa" w:w="3312"/>
            <w:shd w:fill="FFFFFF"/>
            <w:vAlign w:val="center"/>
            <w:tcBorders>
              <w:top w:val="single" w:sz="8" w:color="9FBAD0"/>
              <w:left w:val="single" w:sz="8" w:color="9FBAD0"/>
              <w:bottom w:val="single" w:sz="8" w:color="9FBAD0"/>
              <w:right w:val="single" w:sz="8" w:color="9FBAD0"/>
            </w:tcBorders>
          </w:tcPr>
          <w:p>
            <w:pPr>
              <w:jc w:val="center"/>
            </w:pPr>
            <w:r/>
            <w:r>
              <w:rPr>
                <w:rFonts w:ascii="Arial" w:hAnsi="Arial" w:eastAsia="Arial"/>
                <w:b/>
                <w:color w:val="203040"/>
                <w:sz w:val="21"/>
              </w:rPr>
              <w:t>Hành chính</w:t>
            </w:r>
          </w:p>
        </w:tc>
      </w:tr>
    </w:tbl>
    <w:p>
      <w:pPr>
        <w:spacing w:before="160"/>
      </w:pPr>
      <w:r>
        <w:rPr>
          <w:b/>
          <w:color w:val="2F5597"/>
        </w:rPr>
        <w:t xml:space="preserve">Lưu ý: </w:t>
      </w:r>
      <w:r>
        <w:t>Chủ DNTN có thể trực tiếp quản lý hoặc thuê Giám đốc/Tổng giám đốc; chủ DNTN vẫn chịu trách nhiệm về hoạt động kinh doanh.</w:t>
      </w:r>
    </w:p>
    <w:p>
      <w:pPr>
        <w:jc w:val="center"/>
      </w:pPr>
      <w:r>
        <w:t>Nguồn pháp lý: Điều 190 Luật Doanh nghiệp 2020 (được sửa đổi, bổ sung).</w:t>
      </w:r>
    </w:p>
    <w:p>
      <w:r>
        <w:br w:type="page"/>
      </w:r>
    </w:p>
    <w:p>
      <w:pPr>
        <w:jc w:val="center"/>
      </w:pPr>
      <w:r>
        <w:rPr>
          <w:rFonts w:ascii="Arial" w:hAnsi="Arial" w:eastAsia="Arial"/>
          <w:b/>
          <w:color w:val="17365D"/>
          <w:sz w:val="32"/>
        </w:rPr>
        <w:t>Doanh nghiệp nhỏ và vừa – Cơ cấu theo chức năng</w:t>
      </w:r>
    </w:p>
    <w:p>
      <w:pPr>
        <w:jc w:val="center"/>
      </w:pPr>
      <w:r>
        <w:rPr>
          <w:i/>
          <w:color w:val="64748B"/>
          <w:sz w:val="18"/>
        </w:rPr>
        <w:t>Mẫu Word chỉnh sửa được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5250"/>
      </w:tblGrid>
      <w:tr>
        <w:tc>
          <w:tcPr>
            <w:tcW w:type="dxa" w:w="13248"/>
            <w:shd w:fill="DDEBF7"/>
            <w:vAlign w:val="center"/>
            <w:tcBorders>
              <w:top w:val="single" w:sz="8" w:color="2F5597"/>
              <w:left w:val="single" w:sz="8" w:color="2F5597"/>
              <w:bottom w:val="single" w:sz="8" w:color="2F5597"/>
              <w:right w:val="single" w:sz="8" w:color="2F5597"/>
            </w:tcBorders>
          </w:tcPr>
          <w:p>
            <w:pPr>
              <w:jc w:val="center"/>
            </w:pPr>
            <w:r/>
            <w:r>
              <w:rPr>
                <w:rFonts w:ascii="Arial" w:hAnsi="Arial" w:eastAsia="Arial"/>
                <w:b/>
                <w:color w:val="203040"/>
                <w:sz w:val="21"/>
              </w:rPr>
              <w:t>Giám đốc / CEO</w:t>
            </w:r>
          </w:p>
        </w:tc>
      </w:tr>
    </w:tbl>
    <w:p>
      <w:pPr>
        <w:spacing w:before="20" w:after="20"/>
        <w:jc w:val="center"/>
      </w:pPr>
      <w:r>
        <w:rPr>
          <w:color w:val="5B9BD5"/>
          <w:sz w:val="28"/>
        </w:rPr>
        <w:t>↓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050"/>
        <w:gridCol w:w="3050"/>
        <w:gridCol w:w="3050"/>
        <w:gridCol w:w="3050"/>
        <w:gridCol w:w="3050"/>
      </w:tblGrid>
      <w:tr>
        <w:tc>
          <w:tcPr>
            <w:tcW w:type="dxa" w:w="2650"/>
            <w:shd w:fill="FFFFFF"/>
            <w:vAlign w:val="center"/>
            <w:tcBorders>
              <w:top w:val="single" w:sz="8" w:color="9FBAD0"/>
              <w:left w:val="single" w:sz="8" w:color="9FBAD0"/>
              <w:bottom w:val="single" w:sz="8" w:color="9FBAD0"/>
              <w:right w:val="single" w:sz="8" w:color="9FBAD0"/>
            </w:tcBorders>
          </w:tcPr>
          <w:p>
            <w:pPr>
              <w:jc w:val="center"/>
            </w:pPr>
            <w:r/>
            <w:r>
              <w:rPr>
                <w:rFonts w:ascii="Arial" w:hAnsi="Arial" w:eastAsia="Arial"/>
                <w:b/>
                <w:color w:val="203040"/>
                <w:sz w:val="21"/>
              </w:rPr>
              <w:t>Kinh doanh</w:t>
            </w:r>
          </w:p>
        </w:tc>
        <w:tc>
          <w:tcPr>
            <w:tcW w:type="dxa" w:w="2650"/>
            <w:shd w:fill="FFFFFF"/>
            <w:vAlign w:val="center"/>
            <w:tcBorders>
              <w:top w:val="single" w:sz="8" w:color="9FBAD0"/>
              <w:left w:val="single" w:sz="8" w:color="9FBAD0"/>
              <w:bottom w:val="single" w:sz="8" w:color="9FBAD0"/>
              <w:right w:val="single" w:sz="8" w:color="9FBAD0"/>
            </w:tcBorders>
          </w:tcPr>
          <w:p>
            <w:pPr>
              <w:jc w:val="center"/>
            </w:pPr>
            <w:r/>
            <w:r>
              <w:rPr>
                <w:rFonts w:ascii="Arial" w:hAnsi="Arial" w:eastAsia="Arial"/>
                <w:b/>
                <w:color w:val="203040"/>
                <w:sz w:val="21"/>
              </w:rPr>
              <w:t>Marketing</w:t>
            </w:r>
          </w:p>
        </w:tc>
        <w:tc>
          <w:tcPr>
            <w:tcW w:type="dxa" w:w="2650"/>
            <w:shd w:fill="FFFFFF"/>
            <w:vAlign w:val="center"/>
            <w:tcBorders>
              <w:top w:val="single" w:sz="8" w:color="9FBAD0"/>
              <w:left w:val="single" w:sz="8" w:color="9FBAD0"/>
              <w:bottom w:val="single" w:sz="8" w:color="9FBAD0"/>
              <w:right w:val="single" w:sz="8" w:color="9FBAD0"/>
            </w:tcBorders>
          </w:tcPr>
          <w:p>
            <w:pPr>
              <w:jc w:val="center"/>
            </w:pPr>
            <w:r/>
            <w:r>
              <w:rPr>
                <w:rFonts w:ascii="Arial" w:hAnsi="Arial" w:eastAsia="Arial"/>
                <w:b/>
                <w:color w:val="203040"/>
                <w:sz w:val="21"/>
              </w:rPr>
              <w:t>Tài chính – Kế toán</w:t>
            </w:r>
          </w:p>
        </w:tc>
        <w:tc>
          <w:tcPr>
            <w:tcW w:type="dxa" w:w="2650"/>
            <w:shd w:fill="FFFFFF"/>
            <w:vAlign w:val="center"/>
            <w:tcBorders>
              <w:top w:val="single" w:sz="8" w:color="9FBAD0"/>
              <w:left w:val="single" w:sz="8" w:color="9FBAD0"/>
              <w:bottom w:val="single" w:sz="8" w:color="9FBAD0"/>
              <w:right w:val="single" w:sz="8" w:color="9FBAD0"/>
            </w:tcBorders>
          </w:tcPr>
          <w:p>
            <w:pPr>
              <w:jc w:val="center"/>
            </w:pPr>
            <w:r/>
            <w:r>
              <w:rPr>
                <w:rFonts w:ascii="Arial" w:hAnsi="Arial" w:eastAsia="Arial"/>
                <w:b/>
                <w:color w:val="203040"/>
                <w:sz w:val="21"/>
              </w:rPr>
              <w:t>Vận hành</w:t>
            </w:r>
          </w:p>
        </w:tc>
        <w:tc>
          <w:tcPr>
            <w:tcW w:type="dxa" w:w="2650"/>
            <w:shd w:fill="FFFFFF"/>
            <w:vAlign w:val="center"/>
            <w:tcBorders>
              <w:top w:val="single" w:sz="8" w:color="9FBAD0"/>
              <w:left w:val="single" w:sz="8" w:color="9FBAD0"/>
              <w:bottom w:val="single" w:sz="8" w:color="9FBAD0"/>
              <w:right w:val="single" w:sz="8" w:color="9FBAD0"/>
            </w:tcBorders>
          </w:tcPr>
          <w:p>
            <w:pPr>
              <w:jc w:val="center"/>
            </w:pPr>
            <w:r/>
            <w:r>
              <w:rPr>
                <w:rFonts w:ascii="Arial" w:hAnsi="Arial" w:eastAsia="Arial"/>
                <w:b/>
                <w:color w:val="203040"/>
                <w:sz w:val="21"/>
              </w:rPr>
              <w:t>Nhân sự – Hành chính</w:t>
            </w:r>
          </w:p>
        </w:tc>
      </w:tr>
    </w:tbl>
    <w:p>
      <w:pPr>
        <w:spacing w:before="160"/>
      </w:pPr>
      <w:r>
        <w:rPr>
          <w:b/>
          <w:color w:val="2F5597"/>
        </w:rPr>
        <w:t xml:space="preserve">Lưu ý: </w:t>
      </w:r>
      <w:r>
        <w:t>Mẫu vận hành tham khảo; phù hợp khi cần chuyên môn hóa theo phòng ban và đường báo cáo rõ ràng.</w:t>
      </w:r>
    </w:p>
    <w:p>
      <w:r>
        <w:br w:type="page"/>
      </w:r>
    </w:p>
    <w:p>
      <w:pPr>
        <w:jc w:val="center"/>
      </w:pPr>
      <w:r>
        <w:rPr>
          <w:rFonts w:ascii="Arial" w:hAnsi="Arial" w:eastAsia="Arial"/>
          <w:b/>
          <w:color w:val="17365D"/>
          <w:sz w:val="32"/>
        </w:rPr>
        <w:t>Doanh nghiệp nhiều dự án – Cơ cấu ma trận</w:t>
      </w:r>
    </w:p>
    <w:p>
      <w:pPr>
        <w:jc w:val="center"/>
      </w:pPr>
      <w:r>
        <w:rPr>
          <w:i/>
          <w:color w:val="64748B"/>
          <w:sz w:val="18"/>
        </w:rPr>
        <w:t>Mẫu Word chỉnh sửa được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5250"/>
      </w:tblGrid>
      <w:tr>
        <w:tc>
          <w:tcPr>
            <w:tcW w:type="dxa" w:w="13248"/>
            <w:shd w:fill="DDEBF7"/>
            <w:vAlign w:val="center"/>
            <w:tcBorders>
              <w:top w:val="single" w:sz="8" w:color="2F5597"/>
              <w:left w:val="single" w:sz="8" w:color="2F5597"/>
              <w:bottom w:val="single" w:sz="8" w:color="2F5597"/>
              <w:right w:val="single" w:sz="8" w:color="2F5597"/>
            </w:tcBorders>
          </w:tcPr>
          <w:p>
            <w:pPr>
              <w:jc w:val="center"/>
            </w:pPr>
            <w:r/>
            <w:r>
              <w:rPr>
                <w:rFonts w:ascii="Arial" w:hAnsi="Arial" w:eastAsia="Arial"/>
                <w:b/>
                <w:color w:val="203040"/>
                <w:sz w:val="21"/>
              </w:rPr>
              <w:t>Ban điều hành</w:t>
            </w:r>
          </w:p>
        </w:tc>
      </w:tr>
    </w:tbl>
    <w:p>
      <w:pPr>
        <w:spacing w:before="20" w:after="20"/>
        <w:jc w:val="center"/>
      </w:pPr>
      <w:r>
        <w:rPr>
          <w:color w:val="5B9BD5"/>
          <w:sz w:val="28"/>
        </w:rPr>
        <w:t>↓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7625"/>
        <w:gridCol w:w="7625"/>
      </w:tblGrid>
      <w:tr>
        <w:tc>
          <w:tcPr>
            <w:tcW w:type="dxa" w:w="6624"/>
            <w:shd w:fill="FFFFFF"/>
            <w:vAlign w:val="center"/>
            <w:tcBorders>
              <w:top w:val="single" w:sz="8" w:color="9FBAD0"/>
              <w:left w:val="single" w:sz="8" w:color="9FBAD0"/>
              <w:bottom w:val="single" w:sz="8" w:color="9FBAD0"/>
              <w:right w:val="single" w:sz="8" w:color="9FBAD0"/>
            </w:tcBorders>
          </w:tcPr>
          <w:p>
            <w:pPr>
              <w:jc w:val="center"/>
            </w:pPr>
            <w:r/>
            <w:r>
              <w:rPr>
                <w:rFonts w:ascii="Arial" w:hAnsi="Arial" w:eastAsia="Arial"/>
                <w:b/>
                <w:color w:val="203040"/>
                <w:sz w:val="21"/>
              </w:rPr>
              <w:t>Khối Chức năng</w:t>
            </w:r>
          </w:p>
        </w:tc>
        <w:tc>
          <w:tcPr>
            <w:tcW w:type="dxa" w:w="6624"/>
            <w:shd w:fill="FFFFFF"/>
            <w:vAlign w:val="center"/>
            <w:tcBorders>
              <w:top w:val="single" w:sz="8" w:color="9FBAD0"/>
              <w:left w:val="single" w:sz="8" w:color="9FBAD0"/>
              <w:bottom w:val="single" w:sz="8" w:color="9FBAD0"/>
              <w:right w:val="single" w:sz="8" w:color="9FBAD0"/>
            </w:tcBorders>
          </w:tcPr>
          <w:p>
            <w:pPr>
              <w:jc w:val="center"/>
            </w:pPr>
            <w:r/>
            <w:r>
              <w:rPr>
                <w:rFonts w:ascii="Arial" w:hAnsi="Arial" w:eastAsia="Arial"/>
                <w:b/>
                <w:color w:val="203040"/>
                <w:sz w:val="21"/>
              </w:rPr>
              <w:t>Khối Dự án</w:t>
            </w:r>
          </w:p>
        </w:tc>
      </w:tr>
    </w:tbl>
    <w:p>
      <w:pPr>
        <w:spacing w:before="20" w:after="20"/>
        <w:jc w:val="center"/>
      </w:pPr>
      <w:r>
        <w:rPr>
          <w:color w:val="5B9BD5"/>
          <w:sz w:val="28"/>
        </w:rPr>
        <w:t>↓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542"/>
        <w:gridCol w:w="2542"/>
        <w:gridCol w:w="2542"/>
        <w:gridCol w:w="2542"/>
        <w:gridCol w:w="2542"/>
        <w:gridCol w:w="2542"/>
      </w:tblGrid>
      <w:tr>
        <w:tc>
          <w:tcPr>
            <w:tcW w:type="dxa" w:w="2208"/>
            <w:shd w:fill="FFFFFF"/>
            <w:vAlign w:val="center"/>
            <w:tcBorders>
              <w:top w:val="single" w:sz="8" w:color="9FBAD0"/>
              <w:left w:val="single" w:sz="8" w:color="9FBAD0"/>
              <w:bottom w:val="single" w:sz="8" w:color="9FBAD0"/>
              <w:right w:val="single" w:sz="8" w:color="9FBAD0"/>
            </w:tcBorders>
          </w:tcPr>
          <w:p>
            <w:pPr>
              <w:jc w:val="center"/>
            </w:pPr>
            <w:r/>
            <w:r>
              <w:rPr>
                <w:rFonts w:ascii="Arial" w:hAnsi="Arial" w:eastAsia="Arial"/>
                <w:b/>
                <w:color w:val="203040"/>
                <w:sz w:val="19"/>
              </w:rPr>
              <w:t>Tài chính</w:t>
            </w:r>
          </w:p>
        </w:tc>
        <w:tc>
          <w:tcPr>
            <w:tcW w:type="dxa" w:w="2208"/>
            <w:shd w:fill="FFFFFF"/>
            <w:vAlign w:val="center"/>
            <w:tcBorders>
              <w:top w:val="single" w:sz="8" w:color="9FBAD0"/>
              <w:left w:val="single" w:sz="8" w:color="9FBAD0"/>
              <w:bottom w:val="single" w:sz="8" w:color="9FBAD0"/>
              <w:right w:val="single" w:sz="8" w:color="9FBAD0"/>
            </w:tcBorders>
          </w:tcPr>
          <w:p>
            <w:pPr>
              <w:jc w:val="center"/>
            </w:pPr>
            <w:r/>
            <w:r>
              <w:rPr>
                <w:rFonts w:ascii="Arial" w:hAnsi="Arial" w:eastAsia="Arial"/>
                <w:b/>
                <w:color w:val="203040"/>
                <w:sz w:val="19"/>
              </w:rPr>
              <w:t>Kỹ thuật</w:t>
            </w:r>
          </w:p>
        </w:tc>
        <w:tc>
          <w:tcPr>
            <w:tcW w:type="dxa" w:w="2208"/>
            <w:shd w:fill="FFFFFF"/>
            <w:vAlign w:val="center"/>
            <w:tcBorders>
              <w:top w:val="single" w:sz="8" w:color="9FBAD0"/>
              <w:left w:val="single" w:sz="8" w:color="9FBAD0"/>
              <w:bottom w:val="single" w:sz="8" w:color="9FBAD0"/>
              <w:right w:val="single" w:sz="8" w:color="9FBAD0"/>
            </w:tcBorders>
          </w:tcPr>
          <w:p>
            <w:pPr>
              <w:jc w:val="center"/>
            </w:pPr>
            <w:r/>
            <w:r>
              <w:rPr>
                <w:rFonts w:ascii="Arial" w:hAnsi="Arial" w:eastAsia="Arial"/>
                <w:b/>
                <w:color w:val="203040"/>
                <w:sz w:val="19"/>
              </w:rPr>
              <w:t>Marketing</w:t>
            </w:r>
          </w:p>
        </w:tc>
        <w:tc>
          <w:tcPr>
            <w:tcW w:type="dxa" w:w="2208"/>
            <w:shd w:fill="FFFFFF"/>
            <w:vAlign w:val="center"/>
            <w:tcBorders>
              <w:top w:val="single" w:sz="8" w:color="9FBAD0"/>
              <w:left w:val="single" w:sz="8" w:color="9FBAD0"/>
              <w:bottom w:val="single" w:sz="8" w:color="9FBAD0"/>
              <w:right w:val="single" w:sz="8" w:color="9FBAD0"/>
            </w:tcBorders>
          </w:tcPr>
          <w:p>
            <w:pPr>
              <w:jc w:val="center"/>
            </w:pPr>
            <w:r/>
            <w:r>
              <w:rPr>
                <w:rFonts w:ascii="Arial" w:hAnsi="Arial" w:eastAsia="Arial"/>
                <w:b/>
                <w:color w:val="203040"/>
                <w:sz w:val="19"/>
              </w:rPr>
              <w:t>Dự án A</w:t>
            </w:r>
          </w:p>
        </w:tc>
        <w:tc>
          <w:tcPr>
            <w:tcW w:type="dxa" w:w="2208"/>
            <w:shd w:fill="FFFFFF"/>
            <w:vAlign w:val="center"/>
            <w:tcBorders>
              <w:top w:val="single" w:sz="8" w:color="9FBAD0"/>
              <w:left w:val="single" w:sz="8" w:color="9FBAD0"/>
              <w:bottom w:val="single" w:sz="8" w:color="9FBAD0"/>
              <w:right w:val="single" w:sz="8" w:color="9FBAD0"/>
            </w:tcBorders>
          </w:tcPr>
          <w:p>
            <w:pPr>
              <w:jc w:val="center"/>
            </w:pPr>
            <w:r/>
            <w:r>
              <w:rPr>
                <w:rFonts w:ascii="Arial" w:hAnsi="Arial" w:eastAsia="Arial"/>
                <w:b/>
                <w:color w:val="203040"/>
                <w:sz w:val="19"/>
              </w:rPr>
              <w:t>Dự án B</w:t>
            </w:r>
          </w:p>
        </w:tc>
        <w:tc>
          <w:tcPr>
            <w:tcW w:type="dxa" w:w="2208"/>
            <w:shd w:fill="FFFFFF"/>
            <w:vAlign w:val="center"/>
            <w:tcBorders>
              <w:top w:val="single" w:sz="8" w:color="9FBAD0"/>
              <w:left w:val="single" w:sz="8" w:color="9FBAD0"/>
              <w:bottom w:val="single" w:sz="8" w:color="9FBAD0"/>
              <w:right w:val="single" w:sz="8" w:color="9FBAD0"/>
            </w:tcBorders>
          </w:tcPr>
          <w:p>
            <w:pPr>
              <w:jc w:val="center"/>
            </w:pPr>
            <w:r/>
            <w:r>
              <w:rPr>
                <w:rFonts w:ascii="Arial" w:hAnsi="Arial" w:eastAsia="Arial"/>
                <w:b/>
                <w:color w:val="203040"/>
                <w:sz w:val="19"/>
              </w:rPr>
              <w:t>Dự án C</w:t>
            </w:r>
          </w:p>
        </w:tc>
      </w:tr>
    </w:tbl>
    <w:p>
      <w:pPr>
        <w:spacing w:before="160"/>
      </w:pPr>
      <w:r>
        <w:rPr>
          <w:b/>
          <w:color w:val="2F5597"/>
        </w:rPr>
        <w:t xml:space="preserve">Lưu ý: </w:t>
      </w:r>
      <w:r>
        <w:t>Nhân sự có thể đồng thời chịu quản lý theo chức năng và theo dự án; cần quy định rõ quyền quyết định để tránh xung đột.</w:t>
      </w:r>
    </w:p>
    <w:p>
      <w:r>
        <w:br w:type="page"/>
      </w:r>
    </w:p>
    <w:p>
      <w:pPr>
        <w:jc w:val="center"/>
      </w:pPr>
      <w:r>
        <w:rPr>
          <w:rFonts w:ascii="Arial" w:hAnsi="Arial" w:eastAsia="Arial"/>
          <w:b/>
          <w:color w:val="17365D"/>
          <w:sz w:val="32"/>
        </w:rPr>
        <w:t>Doanh nghiệp sản xuất – Mẫu vận hành</w:t>
      </w:r>
    </w:p>
    <w:p>
      <w:pPr>
        <w:jc w:val="center"/>
      </w:pPr>
      <w:r>
        <w:rPr>
          <w:i/>
          <w:color w:val="64748B"/>
          <w:sz w:val="18"/>
        </w:rPr>
        <w:t>Mẫu Word chỉnh sửa được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5250"/>
      </w:tblGrid>
      <w:tr>
        <w:tc>
          <w:tcPr>
            <w:tcW w:type="dxa" w:w="13248"/>
            <w:shd w:fill="DDEBF7"/>
            <w:vAlign w:val="center"/>
            <w:tcBorders>
              <w:top w:val="single" w:sz="8" w:color="2F5597"/>
              <w:left w:val="single" w:sz="8" w:color="2F5597"/>
              <w:bottom w:val="single" w:sz="8" w:color="2F5597"/>
              <w:right w:val="single" w:sz="8" w:color="2F5597"/>
            </w:tcBorders>
          </w:tcPr>
          <w:p>
            <w:pPr>
              <w:jc w:val="center"/>
            </w:pPr>
            <w:r/>
            <w:r>
              <w:rPr>
                <w:rFonts w:ascii="Arial" w:hAnsi="Arial" w:eastAsia="Arial"/>
                <w:b/>
                <w:color w:val="203040"/>
                <w:sz w:val="21"/>
              </w:rPr>
              <w:t>Tổng Giám đốc</w:t>
            </w:r>
          </w:p>
        </w:tc>
      </w:tr>
    </w:tbl>
    <w:p>
      <w:pPr>
        <w:spacing w:before="20" w:after="20"/>
        <w:jc w:val="center"/>
      </w:pPr>
      <w:r>
        <w:rPr>
          <w:color w:val="5B9BD5"/>
          <w:sz w:val="28"/>
        </w:rPr>
        <w:t>↓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06"/>
        <w:gridCol w:w="1906"/>
        <w:gridCol w:w="1906"/>
        <w:gridCol w:w="1906"/>
        <w:gridCol w:w="1906"/>
        <w:gridCol w:w="1906"/>
        <w:gridCol w:w="1906"/>
        <w:gridCol w:w="1906"/>
      </w:tblGrid>
      <w:tr>
        <w:tc>
          <w:tcPr>
            <w:tcW w:type="dxa" w:w="1656"/>
            <w:shd w:fill="FFFFFF"/>
            <w:vAlign w:val="center"/>
            <w:tcBorders>
              <w:top w:val="single" w:sz="8" w:color="9FBAD0"/>
              <w:left w:val="single" w:sz="8" w:color="9FBAD0"/>
              <w:bottom w:val="single" w:sz="8" w:color="9FBAD0"/>
              <w:right w:val="single" w:sz="8" w:color="9FBAD0"/>
            </w:tcBorders>
          </w:tcPr>
          <w:p>
            <w:pPr>
              <w:jc w:val="center"/>
            </w:pPr>
            <w:r/>
            <w:r>
              <w:rPr>
                <w:rFonts w:ascii="Arial" w:hAnsi="Arial" w:eastAsia="Arial"/>
                <w:b/>
                <w:color w:val="203040"/>
                <w:sz w:val="19"/>
              </w:rPr>
              <w:t>Sản xuất</w:t>
            </w:r>
          </w:p>
        </w:tc>
        <w:tc>
          <w:tcPr>
            <w:tcW w:type="dxa" w:w="1656"/>
            <w:shd w:fill="FFFFFF"/>
            <w:vAlign w:val="center"/>
            <w:tcBorders>
              <w:top w:val="single" w:sz="8" w:color="9FBAD0"/>
              <w:left w:val="single" w:sz="8" w:color="9FBAD0"/>
              <w:bottom w:val="single" w:sz="8" w:color="9FBAD0"/>
              <w:right w:val="single" w:sz="8" w:color="9FBAD0"/>
            </w:tcBorders>
          </w:tcPr>
          <w:p>
            <w:pPr>
              <w:jc w:val="center"/>
            </w:pPr>
            <w:r/>
            <w:r>
              <w:rPr>
                <w:rFonts w:ascii="Arial" w:hAnsi="Arial" w:eastAsia="Arial"/>
                <w:b/>
                <w:color w:val="203040"/>
                <w:sz w:val="19"/>
              </w:rPr>
              <w:t>Kế hoạch</w:t>
            </w:r>
          </w:p>
        </w:tc>
        <w:tc>
          <w:tcPr>
            <w:tcW w:type="dxa" w:w="1656"/>
            <w:shd w:fill="FFFFFF"/>
            <w:vAlign w:val="center"/>
            <w:tcBorders>
              <w:top w:val="single" w:sz="8" w:color="9FBAD0"/>
              <w:left w:val="single" w:sz="8" w:color="9FBAD0"/>
              <w:bottom w:val="single" w:sz="8" w:color="9FBAD0"/>
              <w:right w:val="single" w:sz="8" w:color="9FBAD0"/>
            </w:tcBorders>
          </w:tcPr>
          <w:p>
            <w:pPr>
              <w:jc w:val="center"/>
            </w:pPr>
            <w:r/>
            <w:r>
              <w:rPr>
                <w:rFonts w:ascii="Arial" w:hAnsi="Arial" w:eastAsia="Arial"/>
                <w:b/>
                <w:color w:val="203040"/>
                <w:sz w:val="19"/>
              </w:rPr>
              <w:t>QA/QC</w:t>
            </w:r>
          </w:p>
        </w:tc>
        <w:tc>
          <w:tcPr>
            <w:tcW w:type="dxa" w:w="1656"/>
            <w:shd w:fill="FFFFFF"/>
            <w:vAlign w:val="center"/>
            <w:tcBorders>
              <w:top w:val="single" w:sz="8" w:color="9FBAD0"/>
              <w:left w:val="single" w:sz="8" w:color="9FBAD0"/>
              <w:bottom w:val="single" w:sz="8" w:color="9FBAD0"/>
              <w:right w:val="single" w:sz="8" w:color="9FBAD0"/>
            </w:tcBorders>
          </w:tcPr>
          <w:p>
            <w:pPr>
              <w:jc w:val="center"/>
            </w:pPr>
            <w:r/>
            <w:r>
              <w:rPr>
                <w:rFonts w:ascii="Arial" w:hAnsi="Arial" w:eastAsia="Arial"/>
                <w:b/>
                <w:color w:val="203040"/>
                <w:sz w:val="19"/>
              </w:rPr>
              <w:t>Mua hàng</w:t>
            </w:r>
          </w:p>
        </w:tc>
        <w:tc>
          <w:tcPr>
            <w:tcW w:type="dxa" w:w="1656"/>
            <w:shd w:fill="FFFFFF"/>
            <w:vAlign w:val="center"/>
            <w:tcBorders>
              <w:top w:val="single" w:sz="8" w:color="9FBAD0"/>
              <w:left w:val="single" w:sz="8" w:color="9FBAD0"/>
              <w:bottom w:val="single" w:sz="8" w:color="9FBAD0"/>
              <w:right w:val="single" w:sz="8" w:color="9FBAD0"/>
            </w:tcBorders>
          </w:tcPr>
          <w:p>
            <w:pPr>
              <w:jc w:val="center"/>
            </w:pPr>
            <w:r/>
            <w:r>
              <w:rPr>
                <w:rFonts w:ascii="Arial" w:hAnsi="Arial" w:eastAsia="Arial"/>
                <w:b/>
                <w:color w:val="203040"/>
                <w:sz w:val="19"/>
              </w:rPr>
              <w:t>Kho – Logistics</w:t>
            </w:r>
          </w:p>
        </w:tc>
        <w:tc>
          <w:tcPr>
            <w:tcW w:type="dxa" w:w="1656"/>
            <w:shd w:fill="FFFFFF"/>
            <w:vAlign w:val="center"/>
            <w:tcBorders>
              <w:top w:val="single" w:sz="8" w:color="9FBAD0"/>
              <w:left w:val="single" w:sz="8" w:color="9FBAD0"/>
              <w:bottom w:val="single" w:sz="8" w:color="9FBAD0"/>
              <w:right w:val="single" w:sz="8" w:color="9FBAD0"/>
            </w:tcBorders>
          </w:tcPr>
          <w:p>
            <w:pPr>
              <w:jc w:val="center"/>
            </w:pPr>
            <w:r/>
            <w:r>
              <w:rPr>
                <w:rFonts w:ascii="Arial" w:hAnsi="Arial" w:eastAsia="Arial"/>
                <w:b/>
                <w:color w:val="203040"/>
                <w:sz w:val="19"/>
              </w:rPr>
              <w:t>Kinh doanh – Marketing</w:t>
            </w:r>
          </w:p>
        </w:tc>
        <w:tc>
          <w:tcPr>
            <w:tcW w:type="dxa" w:w="1656"/>
            <w:shd w:fill="FFFFFF"/>
            <w:vAlign w:val="center"/>
            <w:tcBorders>
              <w:top w:val="single" w:sz="8" w:color="9FBAD0"/>
              <w:left w:val="single" w:sz="8" w:color="9FBAD0"/>
              <w:bottom w:val="single" w:sz="8" w:color="9FBAD0"/>
              <w:right w:val="single" w:sz="8" w:color="9FBAD0"/>
            </w:tcBorders>
          </w:tcPr>
          <w:p>
            <w:pPr>
              <w:jc w:val="center"/>
            </w:pPr>
            <w:r/>
            <w:r>
              <w:rPr>
                <w:rFonts w:ascii="Arial" w:hAnsi="Arial" w:eastAsia="Arial"/>
                <w:b/>
                <w:color w:val="203040"/>
                <w:sz w:val="19"/>
              </w:rPr>
              <w:t>Tài chính – Kế toán</w:t>
            </w:r>
          </w:p>
        </w:tc>
        <w:tc>
          <w:tcPr>
            <w:tcW w:type="dxa" w:w="1656"/>
            <w:shd w:fill="FFFFFF"/>
            <w:vAlign w:val="center"/>
            <w:tcBorders>
              <w:top w:val="single" w:sz="8" w:color="9FBAD0"/>
              <w:left w:val="single" w:sz="8" w:color="9FBAD0"/>
              <w:bottom w:val="single" w:sz="8" w:color="9FBAD0"/>
              <w:right w:val="single" w:sz="8" w:color="9FBAD0"/>
            </w:tcBorders>
          </w:tcPr>
          <w:p>
            <w:pPr>
              <w:jc w:val="center"/>
            </w:pPr>
            <w:r/>
            <w:r>
              <w:rPr>
                <w:rFonts w:ascii="Arial" w:hAnsi="Arial" w:eastAsia="Arial"/>
                <w:b/>
                <w:color w:val="203040"/>
                <w:sz w:val="19"/>
              </w:rPr>
              <w:t>Nhân sự – Hành chính</w:t>
            </w:r>
          </w:p>
        </w:tc>
      </w:tr>
    </w:tbl>
    <w:p>
      <w:pPr>
        <w:spacing w:before="160"/>
      </w:pPr>
      <w:r>
        <w:rPr>
          <w:b/>
          <w:color w:val="2F5597"/>
        </w:rPr>
        <w:t xml:space="preserve">Lưu ý: </w:t>
      </w:r>
      <w:r>
        <w:t>Mẫu tham khảo; tùy quy mô có thể tách/ghép Kế hoạch, Mua hàng, Kho vận, QA/QC, Bảo trì và R&amp;D.</w:t>
      </w:r>
    </w:p>
    <w:p>
      <w:r>
        <w:br w:type="page"/>
      </w:r>
    </w:p>
    <w:p>
      <w:pPr>
        <w:jc w:val="center"/>
      </w:pPr>
      <w:r>
        <w:rPr>
          <w:rFonts w:ascii="Arial" w:hAnsi="Arial" w:eastAsia="Arial"/>
          <w:b/>
          <w:color w:val="17365D"/>
          <w:sz w:val="32"/>
        </w:rPr>
        <w:t>Doanh nghiệp xây dựng – Mẫu vận hành</w:t>
      </w:r>
    </w:p>
    <w:p>
      <w:pPr>
        <w:jc w:val="center"/>
      </w:pPr>
      <w:r>
        <w:rPr>
          <w:i/>
          <w:color w:val="64748B"/>
          <w:sz w:val="18"/>
        </w:rPr>
        <w:t>Mẫu Word chỉnh sửa được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5250"/>
      </w:tblGrid>
      <w:tr>
        <w:tc>
          <w:tcPr>
            <w:tcW w:type="dxa" w:w="13248"/>
            <w:shd w:fill="DDEBF7"/>
            <w:vAlign w:val="center"/>
            <w:tcBorders>
              <w:top w:val="single" w:sz="8" w:color="2F5597"/>
              <w:left w:val="single" w:sz="8" w:color="2F5597"/>
              <w:bottom w:val="single" w:sz="8" w:color="2F5597"/>
              <w:right w:val="single" w:sz="8" w:color="2F5597"/>
            </w:tcBorders>
          </w:tcPr>
          <w:p>
            <w:pPr>
              <w:jc w:val="center"/>
            </w:pPr>
            <w:r/>
            <w:r>
              <w:rPr>
                <w:rFonts w:ascii="Arial" w:hAnsi="Arial" w:eastAsia="Arial"/>
                <w:b/>
                <w:color w:val="203040"/>
                <w:sz w:val="21"/>
              </w:rPr>
              <w:t>Tổng Giám đốc</w:t>
            </w:r>
          </w:p>
        </w:tc>
      </w:tr>
    </w:tbl>
    <w:p>
      <w:pPr>
        <w:spacing w:before="20" w:after="20"/>
        <w:jc w:val="center"/>
      </w:pPr>
      <w:r>
        <w:rPr>
          <w:color w:val="5B9BD5"/>
          <w:sz w:val="28"/>
        </w:rPr>
        <w:t>↓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179"/>
        <w:gridCol w:w="2179"/>
        <w:gridCol w:w="2179"/>
        <w:gridCol w:w="2179"/>
        <w:gridCol w:w="2179"/>
        <w:gridCol w:w="2179"/>
        <w:gridCol w:w="2179"/>
      </w:tblGrid>
      <w:tr>
        <w:tc>
          <w:tcPr>
            <w:tcW w:type="dxa" w:w="1893"/>
            <w:shd w:fill="FFFFFF"/>
            <w:vAlign w:val="center"/>
            <w:tcBorders>
              <w:top w:val="single" w:sz="8" w:color="9FBAD0"/>
              <w:left w:val="single" w:sz="8" w:color="9FBAD0"/>
              <w:bottom w:val="single" w:sz="8" w:color="9FBAD0"/>
              <w:right w:val="single" w:sz="8" w:color="9FBAD0"/>
            </w:tcBorders>
          </w:tcPr>
          <w:p>
            <w:pPr>
              <w:jc w:val="center"/>
            </w:pPr>
            <w:r/>
            <w:r>
              <w:rPr>
                <w:rFonts w:ascii="Arial" w:hAnsi="Arial" w:eastAsia="Arial"/>
                <w:b/>
                <w:color w:val="203040"/>
                <w:sz w:val="19"/>
              </w:rPr>
              <w:t>Ban dự án / Thi công</w:t>
            </w:r>
          </w:p>
        </w:tc>
        <w:tc>
          <w:tcPr>
            <w:tcW w:type="dxa" w:w="1893"/>
            <w:shd w:fill="FFFFFF"/>
            <w:vAlign w:val="center"/>
            <w:tcBorders>
              <w:top w:val="single" w:sz="8" w:color="9FBAD0"/>
              <w:left w:val="single" w:sz="8" w:color="9FBAD0"/>
              <w:bottom w:val="single" w:sz="8" w:color="9FBAD0"/>
              <w:right w:val="single" w:sz="8" w:color="9FBAD0"/>
            </w:tcBorders>
          </w:tcPr>
          <w:p>
            <w:pPr>
              <w:jc w:val="center"/>
            </w:pPr>
            <w:r/>
            <w:r>
              <w:rPr>
                <w:rFonts w:ascii="Arial" w:hAnsi="Arial" w:eastAsia="Arial"/>
                <w:b/>
                <w:color w:val="203040"/>
                <w:sz w:val="19"/>
              </w:rPr>
              <w:t>Thiết kế</w:t>
            </w:r>
          </w:p>
        </w:tc>
        <w:tc>
          <w:tcPr>
            <w:tcW w:type="dxa" w:w="1893"/>
            <w:shd w:fill="FFFFFF"/>
            <w:vAlign w:val="center"/>
            <w:tcBorders>
              <w:top w:val="single" w:sz="8" w:color="9FBAD0"/>
              <w:left w:val="single" w:sz="8" w:color="9FBAD0"/>
              <w:bottom w:val="single" w:sz="8" w:color="9FBAD0"/>
              <w:right w:val="single" w:sz="8" w:color="9FBAD0"/>
            </w:tcBorders>
          </w:tcPr>
          <w:p>
            <w:pPr>
              <w:jc w:val="center"/>
            </w:pPr>
            <w:r/>
            <w:r>
              <w:rPr>
                <w:rFonts w:ascii="Arial" w:hAnsi="Arial" w:eastAsia="Arial"/>
                <w:b/>
                <w:color w:val="203040"/>
                <w:sz w:val="19"/>
              </w:rPr>
              <w:t>Tư vấn – Giám sát</w:t>
            </w:r>
          </w:p>
        </w:tc>
        <w:tc>
          <w:tcPr>
            <w:tcW w:type="dxa" w:w="1893"/>
            <w:shd w:fill="FFFFFF"/>
            <w:vAlign w:val="center"/>
            <w:tcBorders>
              <w:top w:val="single" w:sz="8" w:color="9FBAD0"/>
              <w:left w:val="single" w:sz="8" w:color="9FBAD0"/>
              <w:bottom w:val="single" w:sz="8" w:color="9FBAD0"/>
              <w:right w:val="single" w:sz="8" w:color="9FBAD0"/>
            </w:tcBorders>
          </w:tcPr>
          <w:p>
            <w:pPr>
              <w:jc w:val="center"/>
            </w:pPr>
            <w:r/>
            <w:r>
              <w:rPr>
                <w:rFonts w:ascii="Arial" w:hAnsi="Arial" w:eastAsia="Arial"/>
                <w:b/>
                <w:color w:val="203040"/>
                <w:sz w:val="19"/>
              </w:rPr>
              <w:t>Mua hàng – Vật tư</w:t>
            </w:r>
          </w:p>
        </w:tc>
        <w:tc>
          <w:tcPr>
            <w:tcW w:type="dxa" w:w="1893"/>
            <w:shd w:fill="FFFFFF"/>
            <w:vAlign w:val="center"/>
            <w:tcBorders>
              <w:top w:val="single" w:sz="8" w:color="9FBAD0"/>
              <w:left w:val="single" w:sz="8" w:color="9FBAD0"/>
              <w:bottom w:val="single" w:sz="8" w:color="9FBAD0"/>
              <w:right w:val="single" w:sz="8" w:color="9FBAD0"/>
            </w:tcBorders>
          </w:tcPr>
          <w:p>
            <w:pPr>
              <w:jc w:val="center"/>
            </w:pPr>
            <w:r/>
            <w:r>
              <w:rPr>
                <w:rFonts w:ascii="Arial" w:hAnsi="Arial" w:eastAsia="Arial"/>
                <w:b/>
                <w:color w:val="203040"/>
                <w:sz w:val="19"/>
              </w:rPr>
              <w:t>Kinh doanh</w:t>
            </w:r>
          </w:p>
        </w:tc>
        <w:tc>
          <w:tcPr>
            <w:tcW w:type="dxa" w:w="1893"/>
            <w:shd w:fill="FFFFFF"/>
            <w:vAlign w:val="center"/>
            <w:tcBorders>
              <w:top w:val="single" w:sz="8" w:color="9FBAD0"/>
              <w:left w:val="single" w:sz="8" w:color="9FBAD0"/>
              <w:bottom w:val="single" w:sz="8" w:color="9FBAD0"/>
              <w:right w:val="single" w:sz="8" w:color="9FBAD0"/>
            </w:tcBorders>
          </w:tcPr>
          <w:p>
            <w:pPr>
              <w:jc w:val="center"/>
            </w:pPr>
            <w:r/>
            <w:r>
              <w:rPr>
                <w:rFonts w:ascii="Arial" w:hAnsi="Arial" w:eastAsia="Arial"/>
                <w:b/>
                <w:color w:val="203040"/>
                <w:sz w:val="19"/>
              </w:rPr>
              <w:t>Tài chính – Kế toán</w:t>
            </w:r>
          </w:p>
        </w:tc>
        <w:tc>
          <w:tcPr>
            <w:tcW w:type="dxa" w:w="1893"/>
            <w:shd w:fill="FFFFFF"/>
            <w:vAlign w:val="center"/>
            <w:tcBorders>
              <w:top w:val="single" w:sz="8" w:color="9FBAD0"/>
              <w:left w:val="single" w:sz="8" w:color="9FBAD0"/>
              <w:bottom w:val="single" w:sz="8" w:color="9FBAD0"/>
              <w:right w:val="single" w:sz="8" w:color="9FBAD0"/>
            </w:tcBorders>
          </w:tcPr>
          <w:p>
            <w:pPr>
              <w:jc w:val="center"/>
            </w:pPr>
            <w:r/>
            <w:r>
              <w:rPr>
                <w:rFonts w:ascii="Arial" w:hAnsi="Arial" w:eastAsia="Arial"/>
                <w:b/>
                <w:color w:val="203040"/>
                <w:sz w:val="19"/>
              </w:rPr>
              <w:t>Nhân sự – Hành chính</w:t>
            </w:r>
          </w:p>
        </w:tc>
      </w:tr>
    </w:tbl>
    <w:p>
      <w:pPr>
        <w:spacing w:before="160"/>
      </w:pPr>
      <w:r>
        <w:rPr>
          <w:b/>
          <w:color w:val="2F5597"/>
        </w:rPr>
        <w:t xml:space="preserve">Lưu ý: </w:t>
      </w:r>
      <w:r>
        <w:t>Mẫu tham khảo; cơ cấu thực tế phụ thuộc mô hình tổng thầu, tư vấn, thiết kế, thi công và số lượng dự án.</w:t>
      </w:r>
    </w:p>
    <w:p>
      <w:r>
        <w:br w:type="page"/>
      </w:r>
    </w:p>
    <w:p>
      <w:pPr>
        <w:jc w:val="center"/>
      </w:pPr>
      <w:r>
        <w:rPr>
          <w:rFonts w:ascii="Arial" w:hAnsi="Arial" w:eastAsia="Arial"/>
          <w:b/>
          <w:color w:val="17365D"/>
          <w:sz w:val="32"/>
        </w:rPr>
        <w:t>Doanh nghiệp kinh doanh theo chuỗi – Mẫu vận hành</w:t>
      </w:r>
    </w:p>
    <w:p>
      <w:pPr>
        <w:jc w:val="center"/>
      </w:pPr>
      <w:r>
        <w:rPr>
          <w:i/>
          <w:color w:val="64748B"/>
          <w:sz w:val="18"/>
        </w:rPr>
        <w:t>Mẫu Word chỉnh sửa được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5250"/>
      </w:tblGrid>
      <w:tr>
        <w:tc>
          <w:tcPr>
            <w:tcW w:type="dxa" w:w="13248"/>
            <w:shd w:fill="DDEBF7"/>
            <w:vAlign w:val="center"/>
            <w:tcBorders>
              <w:top w:val="single" w:sz="8" w:color="2F5597"/>
              <w:left w:val="single" w:sz="8" w:color="2F5597"/>
              <w:bottom w:val="single" w:sz="8" w:color="2F5597"/>
              <w:right w:val="single" w:sz="8" w:color="2F5597"/>
            </w:tcBorders>
          </w:tcPr>
          <w:p>
            <w:pPr>
              <w:jc w:val="center"/>
            </w:pPr>
            <w:r/>
            <w:r>
              <w:rPr>
                <w:rFonts w:ascii="Arial" w:hAnsi="Arial" w:eastAsia="Arial"/>
                <w:b/>
                <w:color w:val="203040"/>
                <w:sz w:val="21"/>
              </w:rPr>
              <w:t>Ban điều hành</w:t>
            </w:r>
          </w:p>
        </w:tc>
      </w:tr>
    </w:tbl>
    <w:p>
      <w:pPr>
        <w:spacing w:before="20" w:after="20"/>
        <w:jc w:val="center"/>
      </w:pPr>
      <w:r>
        <w:rPr>
          <w:color w:val="5B9BD5"/>
          <w:sz w:val="28"/>
        </w:rPr>
        <w:t>↓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7625"/>
        <w:gridCol w:w="7625"/>
      </w:tblGrid>
      <w:tr>
        <w:tc>
          <w:tcPr>
            <w:tcW w:type="dxa" w:w="6624"/>
            <w:shd w:fill="FFFFFF"/>
            <w:vAlign w:val="center"/>
            <w:tcBorders>
              <w:top w:val="single" w:sz="8" w:color="9FBAD0"/>
              <w:left w:val="single" w:sz="8" w:color="9FBAD0"/>
              <w:bottom w:val="single" w:sz="8" w:color="9FBAD0"/>
              <w:right w:val="single" w:sz="8" w:color="9FBAD0"/>
            </w:tcBorders>
          </w:tcPr>
          <w:p>
            <w:pPr>
              <w:jc w:val="center"/>
            </w:pPr>
            <w:r/>
            <w:r>
              <w:rPr>
                <w:rFonts w:ascii="Arial" w:hAnsi="Arial" w:eastAsia="Arial"/>
                <w:b/>
                <w:color w:val="203040"/>
                <w:sz w:val="21"/>
              </w:rPr>
              <w:t>Khối Trụ sở</w:t>
            </w:r>
          </w:p>
        </w:tc>
        <w:tc>
          <w:tcPr>
            <w:tcW w:type="dxa" w:w="6624"/>
            <w:shd w:fill="FFFFFF"/>
            <w:vAlign w:val="center"/>
            <w:tcBorders>
              <w:top w:val="single" w:sz="8" w:color="9FBAD0"/>
              <w:left w:val="single" w:sz="8" w:color="9FBAD0"/>
              <w:bottom w:val="single" w:sz="8" w:color="9FBAD0"/>
              <w:right w:val="single" w:sz="8" w:color="9FBAD0"/>
            </w:tcBorders>
          </w:tcPr>
          <w:p>
            <w:pPr>
              <w:jc w:val="center"/>
            </w:pPr>
            <w:r/>
            <w:r>
              <w:rPr>
                <w:rFonts w:ascii="Arial" w:hAnsi="Arial" w:eastAsia="Arial"/>
                <w:b/>
                <w:color w:val="203040"/>
                <w:sz w:val="21"/>
              </w:rPr>
              <w:t>Khối Vận hành chuỗi</w:t>
            </w:r>
          </w:p>
        </w:tc>
      </w:tr>
    </w:tbl>
    <w:p>
      <w:pPr>
        <w:spacing w:before="20" w:after="20"/>
        <w:jc w:val="center"/>
      </w:pPr>
      <w:r>
        <w:rPr>
          <w:color w:val="5B9BD5"/>
          <w:sz w:val="28"/>
        </w:rPr>
        <w:t>↓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179"/>
        <w:gridCol w:w="2179"/>
        <w:gridCol w:w="2179"/>
        <w:gridCol w:w="2179"/>
        <w:gridCol w:w="2179"/>
        <w:gridCol w:w="2179"/>
        <w:gridCol w:w="2179"/>
      </w:tblGrid>
      <w:tr>
        <w:tc>
          <w:tcPr>
            <w:tcW w:type="dxa" w:w="1893"/>
            <w:shd w:fill="FFFFFF"/>
            <w:vAlign w:val="center"/>
            <w:tcBorders>
              <w:top w:val="single" w:sz="8" w:color="9FBAD0"/>
              <w:left w:val="single" w:sz="8" w:color="9FBAD0"/>
              <w:bottom w:val="single" w:sz="8" w:color="9FBAD0"/>
              <w:right w:val="single" w:sz="8" w:color="9FBAD0"/>
            </w:tcBorders>
          </w:tcPr>
          <w:p>
            <w:pPr>
              <w:jc w:val="center"/>
            </w:pPr>
            <w:r/>
            <w:r>
              <w:rPr>
                <w:rFonts w:ascii="Arial" w:hAnsi="Arial" w:eastAsia="Arial"/>
                <w:b/>
                <w:color w:val="203040"/>
                <w:sz w:val="19"/>
              </w:rPr>
              <w:t>Tài chính – Kế toán</w:t>
            </w:r>
          </w:p>
        </w:tc>
        <w:tc>
          <w:tcPr>
            <w:tcW w:type="dxa" w:w="1893"/>
            <w:shd w:fill="FFFFFF"/>
            <w:vAlign w:val="center"/>
            <w:tcBorders>
              <w:top w:val="single" w:sz="8" w:color="9FBAD0"/>
              <w:left w:val="single" w:sz="8" w:color="9FBAD0"/>
              <w:bottom w:val="single" w:sz="8" w:color="9FBAD0"/>
              <w:right w:val="single" w:sz="8" w:color="9FBAD0"/>
            </w:tcBorders>
          </w:tcPr>
          <w:p>
            <w:pPr>
              <w:jc w:val="center"/>
            </w:pPr>
            <w:r/>
            <w:r>
              <w:rPr>
                <w:rFonts w:ascii="Arial" w:hAnsi="Arial" w:eastAsia="Arial"/>
                <w:b/>
                <w:color w:val="203040"/>
                <w:sz w:val="19"/>
              </w:rPr>
              <w:t>HR</w:t>
            </w:r>
          </w:p>
        </w:tc>
        <w:tc>
          <w:tcPr>
            <w:tcW w:type="dxa" w:w="1893"/>
            <w:shd w:fill="FFFFFF"/>
            <w:vAlign w:val="center"/>
            <w:tcBorders>
              <w:top w:val="single" w:sz="8" w:color="9FBAD0"/>
              <w:left w:val="single" w:sz="8" w:color="9FBAD0"/>
              <w:bottom w:val="single" w:sz="8" w:color="9FBAD0"/>
              <w:right w:val="single" w:sz="8" w:color="9FBAD0"/>
            </w:tcBorders>
          </w:tcPr>
          <w:p>
            <w:pPr>
              <w:jc w:val="center"/>
            </w:pPr>
            <w:r/>
            <w:r>
              <w:rPr>
                <w:rFonts w:ascii="Arial" w:hAnsi="Arial" w:eastAsia="Arial"/>
                <w:b/>
                <w:color w:val="203040"/>
                <w:sz w:val="19"/>
              </w:rPr>
              <w:t>Marketing</w:t>
            </w:r>
          </w:p>
        </w:tc>
        <w:tc>
          <w:tcPr>
            <w:tcW w:type="dxa" w:w="1893"/>
            <w:shd w:fill="FFFFFF"/>
            <w:vAlign w:val="center"/>
            <w:tcBorders>
              <w:top w:val="single" w:sz="8" w:color="9FBAD0"/>
              <w:left w:val="single" w:sz="8" w:color="9FBAD0"/>
              <w:bottom w:val="single" w:sz="8" w:color="9FBAD0"/>
              <w:right w:val="single" w:sz="8" w:color="9FBAD0"/>
            </w:tcBorders>
          </w:tcPr>
          <w:p>
            <w:pPr>
              <w:jc w:val="center"/>
            </w:pPr>
            <w:r/>
            <w:r>
              <w:rPr>
                <w:rFonts w:ascii="Arial" w:hAnsi="Arial" w:eastAsia="Arial"/>
                <w:b/>
                <w:color w:val="203040"/>
                <w:sz w:val="19"/>
              </w:rPr>
              <w:t>Mua hàng</w:t>
            </w:r>
          </w:p>
        </w:tc>
        <w:tc>
          <w:tcPr>
            <w:tcW w:type="dxa" w:w="1893"/>
            <w:shd w:fill="FFFFFF"/>
            <w:vAlign w:val="center"/>
            <w:tcBorders>
              <w:top w:val="single" w:sz="8" w:color="9FBAD0"/>
              <w:left w:val="single" w:sz="8" w:color="9FBAD0"/>
              <w:bottom w:val="single" w:sz="8" w:color="9FBAD0"/>
              <w:right w:val="single" w:sz="8" w:color="9FBAD0"/>
            </w:tcBorders>
          </w:tcPr>
          <w:p>
            <w:pPr>
              <w:jc w:val="center"/>
            </w:pPr>
            <w:r/>
            <w:r>
              <w:rPr>
                <w:rFonts w:ascii="Arial" w:hAnsi="Arial" w:eastAsia="Arial"/>
                <w:b/>
                <w:color w:val="203040"/>
                <w:sz w:val="19"/>
              </w:rPr>
              <w:t>Expansion</w:t>
            </w:r>
          </w:p>
        </w:tc>
        <w:tc>
          <w:tcPr>
            <w:tcW w:type="dxa" w:w="1893"/>
            <w:shd w:fill="FFFFFF"/>
            <w:vAlign w:val="center"/>
            <w:tcBorders>
              <w:top w:val="single" w:sz="8" w:color="9FBAD0"/>
              <w:left w:val="single" w:sz="8" w:color="9FBAD0"/>
              <w:bottom w:val="single" w:sz="8" w:color="9FBAD0"/>
              <w:right w:val="single" w:sz="8" w:color="9FBAD0"/>
            </w:tcBorders>
          </w:tcPr>
          <w:p>
            <w:pPr>
              <w:jc w:val="center"/>
            </w:pPr>
            <w:r/>
            <w:r>
              <w:rPr>
                <w:rFonts w:ascii="Arial" w:hAnsi="Arial" w:eastAsia="Arial"/>
                <w:b/>
                <w:color w:val="203040"/>
                <w:sz w:val="19"/>
              </w:rPr>
              <w:t>Quản lý vùng</w:t>
            </w:r>
          </w:p>
        </w:tc>
        <w:tc>
          <w:tcPr>
            <w:tcW w:type="dxa" w:w="1893"/>
            <w:shd w:fill="FFFFFF"/>
            <w:vAlign w:val="center"/>
            <w:tcBorders>
              <w:top w:val="single" w:sz="8" w:color="9FBAD0"/>
              <w:left w:val="single" w:sz="8" w:color="9FBAD0"/>
              <w:bottom w:val="single" w:sz="8" w:color="9FBAD0"/>
              <w:right w:val="single" w:sz="8" w:color="9FBAD0"/>
            </w:tcBorders>
          </w:tcPr>
          <w:p>
            <w:pPr>
              <w:jc w:val="center"/>
            </w:pPr>
            <w:r/>
            <w:r>
              <w:rPr>
                <w:rFonts w:ascii="Arial" w:hAnsi="Arial" w:eastAsia="Arial"/>
                <w:b/>
                <w:color w:val="203040"/>
                <w:sz w:val="19"/>
              </w:rPr>
              <w:t>Cửa hàng / Điểm bán</w:t>
            </w:r>
          </w:p>
        </w:tc>
      </w:tr>
    </w:tbl>
    <w:p>
      <w:pPr>
        <w:spacing w:before="160"/>
      </w:pPr>
      <w:r>
        <w:rPr>
          <w:b/>
          <w:color w:val="2F5597"/>
        </w:rPr>
        <w:t xml:space="preserve">Lưu ý: </w:t>
      </w:r>
      <w:r>
        <w:t>Mẫu tham khảo cho hệ thống nhiều cửa hàng/điểm bán; nên tách rõ khối trụ sở và khối vận hành điểm bán.</w:t>
      </w:r>
    </w:p>
    <w:sectPr w:rsidR="00FC693F" w:rsidRPr="0006063C" w:rsidSect="00034616">
      <w:footerReference w:type="default" r:id="rId9"/>
      <w:pgSz w:w="16834" w:h="11909" w:orient="landscape"/>
      <w:pgMar w:top="648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4748B"/>
        <w:sz w:val="16"/>
      </w:rPr>
      <w:t>Bizzi • Bộ mẫu sơ đồ tổ chức công ty 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7365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color w:val="17365D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