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3969"/>
        <w:gridCol w:w="5669"/>
      </w:tblGrid>
      <w:tr>
        <w:tc>
          <w:tcPr>
            <w:tcW w:type="dxa" w:w="5100"/>
            <w:tcBorders>
              <w:top w:val="nil"/>
              <w:left w:val="nil"/>
              <w:bottom w:val="nil"/>
              <w:right w:val="nil"/>
            </w:tcBorders>
            <w:tcMar>
              <w:top w:w="0" w:type="dxa"/>
              <w:start w:w="0" w:type="dxa"/>
              <w:bottom w:w="0" w:type="dxa"/>
              <w:end w:w="0" w:type="dxa"/>
            </w:tcMar>
          </w:tcPr>
          <w:p>
            <w:pPr>
              <w:spacing w:before="0" w:after="0" w:line="240" w:lineRule="auto"/>
              <w:jc w:val="left"/>
            </w:pPr>
            <w:r>
              <w:rPr>
                <w:rFonts w:ascii="Times New Roman" w:hAnsi="Times New Roman" w:eastAsia="Times New Roman"/>
                <w:b/>
                <w:sz w:val="24"/>
              </w:rPr>
              <w:t>Đơn vị:......................</w:t>
              <w:br/>
            </w:r>
            <w:r>
              <w:rPr>
                <w:rFonts w:ascii="Times New Roman" w:hAnsi="Times New Roman" w:eastAsia="Times New Roman"/>
                <w:b/>
                <w:sz w:val="24"/>
              </w:rPr>
              <w:t>Địa chỉ:.....................</w:t>
            </w:r>
          </w:p>
        </w:tc>
        <w:tc>
          <w:tcPr>
            <w:tcW w:type="dxa" w:w="5100"/>
            <w:tcBorders>
              <w:top w:val="nil"/>
              <w:left w:val="nil"/>
              <w:bottom w:val="nil"/>
              <w:right w:val="nil"/>
            </w:tcBorders>
            <w:tcMar>
              <w:top w:w="0" w:type="dxa"/>
              <w:start w:w="0" w:type="dxa"/>
              <w:bottom w:w="0" w:type="dxa"/>
              <w:end w:w="0" w:type="dxa"/>
            </w:tcMar>
          </w:tcPr>
          <w:p>
            <w:pPr>
              <w:spacing w:before="0" w:after="0" w:line="240" w:lineRule="auto"/>
              <w:jc w:val="center"/>
            </w:pPr>
            <w:r>
              <w:rPr>
                <w:rFonts w:ascii="Times New Roman" w:hAnsi="Times New Roman" w:eastAsia="Times New Roman"/>
                <w:b/>
                <w:i w:val="0"/>
                <w:sz w:val="24"/>
              </w:rPr>
              <w:t>Mẫu số 05 - TT</w:t>
              <w:br/>
            </w:r>
            <w:r>
              <w:rPr>
                <w:rFonts w:ascii="Times New Roman" w:hAnsi="Times New Roman" w:eastAsia="Times New Roman"/>
                <w:b w:val="0"/>
                <w:i/>
                <w:sz w:val="21"/>
              </w:rPr>
              <w:t>(Ban hành theo Thông tư số 133/2016/TT-BTC</w:t>
              <w:br/>
            </w:r>
            <w:r>
              <w:rPr>
                <w:rFonts w:ascii="Times New Roman" w:hAnsi="Times New Roman" w:eastAsia="Times New Roman"/>
                <w:b w:val="0"/>
                <w:i/>
                <w:sz w:val="21"/>
              </w:rPr>
              <w:t>ngày 26/8/2016 của Bộ Tài chính)</w:t>
            </w:r>
          </w:p>
        </w:tc>
      </w:tr>
    </w:tbl>
    <w:p>
      <w:pPr>
        <w:spacing w:before="240" w:after="0" w:line="240" w:lineRule="auto"/>
        <w:jc w:val="center"/>
      </w:pPr>
      <w:r>
        <w:rPr>
          <w:rFonts w:ascii="Times New Roman" w:hAnsi="Times New Roman" w:eastAsia="Times New Roman"/>
          <w:b/>
          <w:sz w:val="32"/>
        </w:rPr>
        <w:t>GIẤY ĐỀ NGHỊ THANH TOÁN</w:t>
      </w:r>
    </w:p>
    <w:p>
      <w:pPr>
        <w:spacing w:before="0" w:after="240" w:line="240" w:lineRule="auto"/>
        <w:jc w:val="center"/>
      </w:pPr>
      <w:r>
        <w:rPr>
          <w:rFonts w:ascii="Times New Roman" w:hAnsi="Times New Roman" w:eastAsia="Times New Roman"/>
          <w:i/>
          <w:sz w:val="24"/>
        </w:rPr>
        <w:t>Ngày....... tháng....... năm.......</w:t>
      </w:r>
    </w:p>
    <w:p>
      <w:pPr>
        <w:spacing w:before="0" w:after="60" w:line="240" w:lineRule="auto"/>
      </w:pPr>
      <w:r>
        <w:rPr>
          <w:rFonts w:ascii="Times New Roman" w:hAnsi="Times New Roman" w:eastAsia="Times New Roman"/>
          <w:b/>
          <w:i/>
          <w:sz w:val="24"/>
        </w:rPr>
        <w:t>Kính gửi:</w:t>
      </w:r>
      <w:r>
        <w:rPr>
          <w:rFonts w:ascii="Times New Roman" w:hAnsi="Times New Roman" w:eastAsia="Times New Roman"/>
          <w:sz w:val="24"/>
        </w:rPr>
        <w:t>............................................................................</w:t>
      </w:r>
    </w:p>
    <w:p>
      <w:pPr>
        <w:spacing w:before="0" w:after="60" w:line="240" w:lineRule="auto"/>
      </w:pPr>
      <w:r>
        <w:rPr>
          <w:rFonts w:ascii="Times New Roman" w:hAnsi="Times New Roman" w:eastAsia="Times New Roman"/>
          <w:b w:val="0"/>
          <w:i w:val="0"/>
          <w:sz w:val="24"/>
        </w:rPr>
        <w:t>Họ và tên người đề nghị thanh toán:</w:t>
      </w:r>
      <w:r>
        <w:rPr>
          <w:rFonts w:ascii="Times New Roman" w:hAnsi="Times New Roman" w:eastAsia="Times New Roman"/>
          <w:sz w:val="24"/>
        </w:rPr>
        <w:t>..................................................</w:t>
      </w:r>
    </w:p>
    <w:p>
      <w:pPr>
        <w:spacing w:before="0" w:after="60" w:line="240" w:lineRule="auto"/>
      </w:pPr>
      <w:r>
        <w:rPr>
          <w:rFonts w:ascii="Times New Roman" w:hAnsi="Times New Roman" w:eastAsia="Times New Roman"/>
          <w:b w:val="0"/>
          <w:i w:val="0"/>
          <w:sz w:val="24"/>
        </w:rPr>
        <w:t>Bộ phận (Hoặc địa chỉ):</w:t>
      </w:r>
      <w:r>
        <w:rPr>
          <w:rFonts w:ascii="Times New Roman" w:hAnsi="Times New Roman" w:eastAsia="Times New Roman"/>
          <w:sz w:val="24"/>
        </w:rPr>
        <w:t>..............................................................</w:t>
      </w:r>
    </w:p>
    <w:p>
      <w:pPr>
        <w:spacing w:before="0" w:after="60" w:line="240" w:lineRule="auto"/>
      </w:pPr>
      <w:r>
        <w:rPr>
          <w:rFonts w:ascii="Times New Roman" w:hAnsi="Times New Roman" w:eastAsia="Times New Roman"/>
          <w:b w:val="0"/>
          <w:i w:val="0"/>
          <w:sz w:val="24"/>
        </w:rPr>
        <w:t>Nội dung thanh toán:</w:t>
      </w:r>
      <w:r>
        <w:rPr>
          <w:rFonts w:ascii="Times New Roman" w:hAnsi="Times New Roman" w:eastAsia="Times New Roman"/>
          <w:sz w:val="24"/>
        </w:rPr>
        <w:t>.................................................................</w:t>
      </w:r>
    </w:p>
    <w:p>
      <w:pPr>
        <w:spacing w:before="0" w:after="60" w:line="240" w:lineRule="auto"/>
      </w:pPr>
      <w:r>
        <w:rPr>
          <w:rFonts w:ascii="Times New Roman" w:hAnsi="Times New Roman" w:eastAsia="Times New Roman"/>
          <w:sz w:val="24"/>
        </w:rPr>
        <w:t>Số tiền:</w:t>
      </w:r>
      <w:r>
        <w:rPr>
          <w:rFonts w:ascii="Times New Roman" w:hAnsi="Times New Roman" w:eastAsia="Times New Roman"/>
          <w:sz w:val="24"/>
        </w:rPr>
        <w:t>......................</w:t>
      </w:r>
      <w:r>
        <w:rPr>
          <w:rFonts w:ascii="Times New Roman" w:hAnsi="Times New Roman" w:eastAsia="Times New Roman"/>
          <w:sz w:val="24"/>
        </w:rPr>
        <w:t xml:space="preserve"> (Viết bằng chữ):</w:t>
      </w:r>
      <w:r>
        <w:rPr>
          <w:rFonts w:ascii="Times New Roman" w:hAnsi="Times New Roman" w:eastAsia="Times New Roman"/>
          <w:sz w:val="24"/>
        </w:rPr>
        <w:t>...........................................</w:t>
      </w:r>
    </w:p>
    <w:p>
      <w:pPr>
        <w:spacing w:before="0" w:after="300" w:line="240" w:lineRule="auto"/>
      </w:pPr>
      <w:r>
        <w:rPr>
          <w:rFonts w:ascii="Times New Roman" w:hAnsi="Times New Roman" w:eastAsia="Times New Roman"/>
          <w:i/>
          <w:sz w:val="24"/>
        </w:rPr>
        <w:t>(Kèm theo............. chứng từ gốc).</w:t>
      </w:r>
    </w:p>
    <w:tbl>
      <w:tblPr>
        <w:tblW w:type="auto" w:w="0"/>
        <w:jc w:val="center"/>
        <w:tblLayout w:type="autofit"/>
        <w:tblLook w:firstColumn="1" w:firstRow="1" w:lastColumn="0" w:lastRow="0" w:noHBand="0" w:noVBand="1" w:val="04A0"/>
      </w:tblPr>
      <w:tblGrid>
        <w:gridCol w:w="3400"/>
        <w:gridCol w:w="3400"/>
        <w:gridCol w:w="3400"/>
      </w:tblGrid>
      <w:tr>
        <w:tc>
          <w:tcPr>
            <w:tcW w:type="dxa" w:w="3400"/>
            <w:tcBorders>
              <w:top w:val="nil"/>
              <w:left w:val="nil"/>
              <w:bottom w:val="nil"/>
              <w:right w:val="nil"/>
            </w:tcBorders>
          </w:tcPr>
          <w:p>
            <w:pPr>
              <w:spacing w:before="0" w:after="0" w:line="240" w:lineRule="auto"/>
              <w:jc w:val="center"/>
            </w:pPr>
            <w:r>
              <w:rPr>
                <w:rFonts w:ascii="Times New Roman" w:hAnsi="Times New Roman" w:eastAsia="Times New Roman"/>
                <w:b/>
                <w:sz w:val="22"/>
              </w:rPr>
              <w:t>Người đề nghị thanh toán</w:t>
            </w:r>
          </w:p>
          <w:p>
            <w:pPr>
              <w:spacing w:before="0" w:after="0" w:line="240" w:lineRule="auto"/>
              <w:jc w:val="center"/>
            </w:pPr>
            <w:r>
              <w:rPr>
                <w:rFonts w:ascii="Times New Roman" w:hAnsi="Times New Roman" w:eastAsia="Times New Roman"/>
                <w:i/>
                <w:sz w:val="22"/>
              </w:rPr>
              <w:t>(Ký, họ tên)</w:t>
            </w:r>
          </w:p>
        </w:tc>
        <w:tc>
          <w:tcPr>
            <w:tcW w:type="dxa" w:w="3400"/>
            <w:tcBorders>
              <w:top w:val="nil"/>
              <w:left w:val="nil"/>
              <w:bottom w:val="nil"/>
              <w:right w:val="nil"/>
            </w:tcBorders>
          </w:tcPr>
          <w:p>
            <w:pPr>
              <w:spacing w:before="0" w:after="0" w:line="240" w:lineRule="auto"/>
              <w:jc w:val="center"/>
            </w:pPr>
            <w:r>
              <w:rPr>
                <w:rFonts w:ascii="Times New Roman" w:hAnsi="Times New Roman" w:eastAsia="Times New Roman"/>
                <w:b/>
                <w:sz w:val="22"/>
              </w:rPr>
              <w:t>Kế toán trưởng</w:t>
            </w:r>
          </w:p>
          <w:p>
            <w:pPr>
              <w:spacing w:before="0" w:after="0" w:line="240" w:lineRule="auto"/>
              <w:jc w:val="center"/>
            </w:pPr>
            <w:r>
              <w:rPr>
                <w:rFonts w:ascii="Times New Roman" w:hAnsi="Times New Roman" w:eastAsia="Times New Roman"/>
                <w:i/>
                <w:sz w:val="22"/>
              </w:rPr>
              <w:t>(Ký, họ tên)</w:t>
            </w:r>
          </w:p>
        </w:tc>
        <w:tc>
          <w:tcPr>
            <w:tcW w:type="dxa" w:w="3400"/>
            <w:tcBorders>
              <w:top w:val="nil"/>
              <w:left w:val="nil"/>
              <w:bottom w:val="nil"/>
              <w:right w:val="nil"/>
            </w:tcBorders>
          </w:tcPr>
          <w:p>
            <w:pPr>
              <w:spacing w:before="0" w:after="0" w:line="240" w:lineRule="auto"/>
              <w:jc w:val="center"/>
            </w:pPr>
            <w:r>
              <w:rPr>
                <w:rFonts w:ascii="Times New Roman" w:hAnsi="Times New Roman" w:eastAsia="Times New Roman"/>
                <w:b/>
                <w:sz w:val="22"/>
              </w:rPr>
              <w:t>Người duyệt</w:t>
            </w:r>
          </w:p>
          <w:p>
            <w:pPr>
              <w:spacing w:before="0" w:after="0" w:line="240" w:lineRule="auto"/>
              <w:jc w:val="center"/>
            </w:pPr>
            <w:r>
              <w:rPr>
                <w:rFonts w:ascii="Times New Roman" w:hAnsi="Times New Roman" w:eastAsia="Times New Roman"/>
                <w:i/>
                <w:sz w:val="22"/>
              </w:rPr>
              <w:t>(Ký, họ tên)</w:t>
            </w:r>
          </w:p>
        </w:tc>
      </w:tr>
      <w:tr>
        <w:tc>
          <w:tcPr>
            <w:tcW w:type="dxa" w:w="3400"/>
            <w:tcBorders>
              <w:top w:val="nil"/>
              <w:left w:val="nil"/>
              <w:bottom w:val="nil"/>
              <w:right w:val="nil"/>
            </w:tcBorders>
          </w:tcPr>
          <w:p/>
        </w:tc>
        <w:tc>
          <w:tcPr>
            <w:tcW w:type="dxa" w:w="3400"/>
            <w:tcBorders>
              <w:top w:val="nil"/>
              <w:left w:val="nil"/>
              <w:bottom w:val="nil"/>
              <w:right w:val="nil"/>
            </w:tcBorders>
          </w:tcPr>
          <w:p/>
        </w:tc>
        <w:tc>
          <w:tcPr>
            <w:tcW w:type="dxa" w:w="3400"/>
            <w:tcBorders>
              <w:top w:val="nil"/>
              <w:left w:val="nil"/>
              <w:bottom w:val="nil"/>
              <w:right w:val="nil"/>
            </w:tcBorders>
          </w:tcPr>
          <w:p/>
        </w:tc>
      </w:tr>
    </w:tbl>
    <w:p>
      <w:r>
        <w:br w:type="page"/>
      </w:r>
    </w:p>
    <w:p>
      <w:pPr>
        <w:spacing w:before="0" w:after="200" w:line="240" w:lineRule="auto"/>
        <w:jc w:val="center"/>
      </w:pPr>
      <w:r>
        <w:rPr>
          <w:rFonts w:ascii="Times New Roman" w:hAnsi="Times New Roman" w:eastAsia="Times New Roman"/>
          <w:b/>
          <w:color w:val="173F5F"/>
          <w:sz w:val="30"/>
        </w:rPr>
        <w:t>LƯU Ý SỬ DỤNG FILE</w:t>
      </w:r>
    </w:p>
    <w:tbl>
      <w:tblPr>
        <w:tblStyle w:val="TableGrid"/>
        <w:tblW w:type="auto" w:w="0"/>
        <w:jc w:val="center"/>
        <w:tblLook w:firstColumn="1" w:firstRow="1" w:lastColumn="0" w:lastRow="0" w:noHBand="0" w:noVBand="1" w:val="04A0"/>
      </w:tblPr>
      <w:tblGrid>
        <w:gridCol w:w="5100"/>
        <w:gridCol w:w="5100"/>
      </w:tblGrid>
      <w:tr>
        <w:tc>
          <w:tcPr>
            <w:tcW w:type="dxa" w:w="5100"/>
            <w:shd w:fill="EAF2F8"/>
            <w:tcMar>
              <w:top w:w="80" w:type="dxa"/>
              <w:start w:w="100" w:type="dxa"/>
              <w:bottom w:w="80" w:type="dxa"/>
              <w:end w:w="100" w:type="dxa"/>
            </w:tcMar>
            <w:vAlign w:val="top"/>
          </w:tcPr>
          <w:p>
            <w:r>
              <w:rPr>
                <w:rFonts w:ascii="Times New Roman" w:hAnsi="Times New Roman" w:eastAsia="Times New Roman"/>
                <w:b/>
                <w:sz w:val="21"/>
              </w:rPr>
              <w:t>Biểu mẫu</w:t>
            </w:r>
          </w:p>
        </w:tc>
        <w:tc>
          <w:tcPr>
            <w:tcW w:type="dxa" w:w="5100"/>
            <w:tcMar>
              <w:top w:w="80" w:type="dxa"/>
              <w:start w:w="100" w:type="dxa"/>
              <w:bottom w:w="80" w:type="dxa"/>
              <w:end w:w="100" w:type="dxa"/>
            </w:tcMar>
            <w:vAlign w:val="top"/>
          </w:tcPr>
          <w:p>
            <w:r>
              <w:rPr>
                <w:rFonts w:ascii="Times New Roman" w:hAnsi="Times New Roman" w:eastAsia="Times New Roman"/>
                <w:b w:val="0"/>
                <w:sz w:val="21"/>
              </w:rPr>
              <w:t>Mẫu số 05-TT - Giấy đề nghị thanh toán.</w:t>
            </w:r>
          </w:p>
        </w:tc>
      </w:tr>
      <w:tr>
        <w:tc>
          <w:tcPr>
            <w:tcW w:type="dxa" w:w="5100"/>
            <w:shd w:fill="EAF2F8"/>
            <w:tcMar>
              <w:top w:w="80" w:type="dxa"/>
              <w:start w:w="100" w:type="dxa"/>
              <w:bottom w:w="80" w:type="dxa"/>
              <w:end w:w="100" w:type="dxa"/>
            </w:tcMar>
            <w:vAlign w:val="top"/>
          </w:tcPr>
          <w:p>
            <w:r>
              <w:rPr>
                <w:rFonts w:ascii="Times New Roman" w:hAnsi="Times New Roman" w:eastAsia="Times New Roman"/>
                <w:b/>
                <w:sz w:val="21"/>
              </w:rPr>
              <w:t>Căn cứ</w:t>
            </w:r>
          </w:p>
        </w:tc>
        <w:tc>
          <w:tcPr>
            <w:tcW w:type="dxa" w:w="5100"/>
            <w:tcMar>
              <w:top w:w="80" w:type="dxa"/>
              <w:start w:w="100" w:type="dxa"/>
              <w:bottom w:w="80" w:type="dxa"/>
              <w:end w:w="100" w:type="dxa"/>
            </w:tcMar>
            <w:vAlign w:val="top"/>
          </w:tcPr>
          <w:p>
            <w:r>
              <w:rPr>
                <w:rFonts w:ascii="Times New Roman" w:hAnsi="Times New Roman" w:eastAsia="Times New Roman"/>
                <w:b w:val="0"/>
                <w:sz w:val="21"/>
              </w:rPr>
              <w:t>Mẫu 05-TT theo Thông tư 133/2016/TT-BTC. Chỉ sử dụng khi doanh nghiệp đang áp dụng chế độ kế toán theo Thông tư 133.</w:t>
            </w:r>
          </w:p>
        </w:tc>
      </w:tr>
      <w:tr>
        <w:tc>
          <w:tcPr>
            <w:tcW w:type="dxa" w:w="5100"/>
            <w:shd w:fill="EAF2F8"/>
            <w:tcMar>
              <w:top w:w="80" w:type="dxa"/>
              <w:start w:w="100" w:type="dxa"/>
              <w:bottom w:w="80" w:type="dxa"/>
              <w:end w:w="100" w:type="dxa"/>
            </w:tcMar>
            <w:vAlign w:val="top"/>
          </w:tcPr>
          <w:p>
            <w:r>
              <w:rPr>
                <w:rFonts w:ascii="Times New Roman" w:hAnsi="Times New Roman" w:eastAsia="Times New Roman"/>
                <w:b/>
                <w:sz w:val="21"/>
              </w:rPr>
              <w:t>Dùng khi</w:t>
            </w:r>
          </w:p>
        </w:tc>
        <w:tc>
          <w:tcPr>
            <w:tcW w:type="dxa" w:w="5100"/>
            <w:tcMar>
              <w:top w:w="80" w:type="dxa"/>
              <w:start w:w="100" w:type="dxa"/>
              <w:bottom w:w="80" w:type="dxa"/>
              <w:end w:w="100" w:type="dxa"/>
            </w:tcMar>
            <w:vAlign w:val="top"/>
          </w:tcPr>
          <w:p>
            <w:r>
              <w:rPr>
                <w:rFonts w:ascii="Times New Roman" w:hAnsi="Times New Roman" w:eastAsia="Times New Roman"/>
                <w:b w:val="0"/>
                <w:sz w:val="21"/>
              </w:rPr>
              <w:t>Người đề nghị đã phát sinh khoản chi cho công việc nhưng chưa được thanh toán. Với khoản đã nhận tạm ứng, cần phân biệt với chứng từ thanh toán/quyết toán tạm ứng theo chế độ kế toán đang áp dụng.</w:t>
            </w:r>
          </w:p>
        </w:tc>
      </w:tr>
      <w:tr>
        <w:tc>
          <w:tcPr>
            <w:tcW w:type="dxa" w:w="5100"/>
            <w:shd w:fill="EAF2F8"/>
            <w:tcMar>
              <w:top w:w="80" w:type="dxa"/>
              <w:start w:w="100" w:type="dxa"/>
              <w:bottom w:w="80" w:type="dxa"/>
              <w:end w:w="100" w:type="dxa"/>
            </w:tcMar>
            <w:vAlign w:val="top"/>
          </w:tcPr>
          <w:p>
            <w:r>
              <w:rPr>
                <w:rFonts w:ascii="Times New Roman" w:hAnsi="Times New Roman" w:eastAsia="Times New Roman"/>
                <w:b/>
                <w:sz w:val="21"/>
              </w:rPr>
              <w:t>Công tác phí</w:t>
            </w:r>
          </w:p>
        </w:tc>
        <w:tc>
          <w:tcPr>
            <w:tcW w:type="dxa" w:w="5100"/>
            <w:tcMar>
              <w:top w:w="80" w:type="dxa"/>
              <w:start w:w="100" w:type="dxa"/>
              <w:bottom w:w="80" w:type="dxa"/>
              <w:end w:w="100" w:type="dxa"/>
            </w:tcMar>
            <w:vAlign w:val="top"/>
          </w:tcPr>
          <w:p>
            <w:r>
              <w:rPr>
                <w:rFonts w:ascii="Times New Roman" w:hAnsi="Times New Roman" w:eastAsia="Times New Roman"/>
                <w:b w:val="0"/>
                <w:sz w:val="21"/>
              </w:rPr>
              <w:t>Có thể ghi nội dung thanh toán là chi phí chuyến công tác và đính kèm bảng kê chi tiết, hóa đơn/chứng từ liên quan theo quy chế của doanh nghiệp.</w:t>
            </w:r>
          </w:p>
        </w:tc>
      </w:tr>
      <w:tr>
        <w:tc>
          <w:tcPr>
            <w:tcW w:type="dxa" w:w="5100"/>
            <w:shd w:fill="EAF2F8"/>
            <w:tcMar>
              <w:top w:w="80" w:type="dxa"/>
              <w:start w:w="100" w:type="dxa"/>
              <w:bottom w:w="80" w:type="dxa"/>
              <w:end w:w="100" w:type="dxa"/>
            </w:tcMar>
            <w:vAlign w:val="top"/>
          </w:tcPr>
          <w:p>
            <w:r>
              <w:rPr>
                <w:rFonts w:ascii="Times New Roman" w:hAnsi="Times New Roman" w:eastAsia="Times New Roman"/>
                <w:b/>
                <w:sz w:val="21"/>
              </w:rPr>
              <w:t>Lưu ý</w:t>
            </w:r>
          </w:p>
        </w:tc>
        <w:tc>
          <w:tcPr>
            <w:tcW w:type="dxa" w:w="5100"/>
            <w:tcMar>
              <w:top w:w="80" w:type="dxa"/>
              <w:start w:w="100" w:type="dxa"/>
              <w:bottom w:w="80" w:type="dxa"/>
              <w:end w:w="100" w:type="dxa"/>
            </w:tcMar>
            <w:vAlign w:val="top"/>
          </w:tcPr>
          <w:p>
            <w:r>
              <w:rPr>
                <w:rFonts w:ascii="Times New Roman" w:hAnsi="Times New Roman" w:eastAsia="Times New Roman"/>
                <w:b w:val="0"/>
                <w:sz w:val="21"/>
              </w:rPr>
              <w:t>Không nên chỉ dựa vào tên file để xác định mẫu áp dụng. Doanh nghiệp cần xác nhận chế độ kế toán đang áp dụng và quy chế nội bộ trước khi sử dụng.</w:t>
            </w:r>
          </w:p>
        </w:tc>
      </w:tr>
      <w:tr>
        <w:tc>
          <w:tcPr>
            <w:tcW w:type="dxa" w:w="5100"/>
            <w:shd w:fill="EAF2F8"/>
            <w:tcMar>
              <w:top w:w="80" w:type="dxa"/>
              <w:start w:w="100" w:type="dxa"/>
              <w:bottom w:w="80" w:type="dxa"/>
              <w:end w:w="100" w:type="dxa"/>
            </w:tcMar>
            <w:vAlign w:val="top"/>
          </w:tcPr>
          <w:p>
            <w:r>
              <w:rPr>
                <w:rFonts w:ascii="Times New Roman" w:hAnsi="Times New Roman" w:eastAsia="Times New Roman"/>
                <w:b/>
                <w:sz w:val="21"/>
              </w:rPr>
              <w:t>Nguồn đối chiếu</w:t>
            </w:r>
          </w:p>
        </w:tc>
        <w:tc>
          <w:tcPr>
            <w:tcW w:type="dxa" w:w="5100"/>
            <w:tcMar>
              <w:top w:w="80" w:type="dxa"/>
              <w:start w:w="100" w:type="dxa"/>
              <w:bottom w:w="80" w:type="dxa"/>
              <w:end w:w="100" w:type="dxa"/>
            </w:tcMar>
            <w:vAlign w:val="top"/>
          </w:tcPr>
          <w:p>
            <w:r>
              <w:rPr>
                <w:rFonts w:ascii="Times New Roman" w:hAnsi="Times New Roman" w:eastAsia="Times New Roman"/>
                <w:b w:val="0"/>
                <w:sz w:val="21"/>
              </w:rPr>
              <w:t>https://vbpl.vn/TW/Pages/ivbpq-toanvan.aspx?ItemID=113560</w:t>
            </w:r>
          </w:p>
        </w:tc>
      </w:tr>
      <w:tr>
        <w:tc>
          <w:tcPr>
            <w:tcW w:type="dxa" w:w="5100"/>
            <w:shd w:fill="EAF2F8"/>
            <w:tcMar>
              <w:top w:w="80" w:type="dxa"/>
              <w:start w:w="100" w:type="dxa"/>
              <w:bottom w:w="80" w:type="dxa"/>
              <w:end w:w="100" w:type="dxa"/>
            </w:tcMar>
            <w:vAlign w:val="top"/>
          </w:tcPr>
          <w:p>
            <w:r>
              <w:rPr>
                <w:rFonts w:ascii="Times New Roman" w:hAnsi="Times New Roman" w:eastAsia="Times New Roman"/>
                <w:b/>
                <w:sz w:val="21"/>
              </w:rPr>
              <w:t>Ngày kiểm tra</w:t>
            </w:r>
          </w:p>
        </w:tc>
        <w:tc>
          <w:tcPr>
            <w:tcW w:type="dxa" w:w="5100"/>
            <w:tcMar>
              <w:top w:w="80" w:type="dxa"/>
              <w:start w:w="100" w:type="dxa"/>
              <w:bottom w:w="80" w:type="dxa"/>
              <w:end w:w="100" w:type="dxa"/>
            </w:tcMar>
            <w:vAlign w:val="top"/>
          </w:tcPr>
          <w:p>
            <w:r>
              <w:rPr>
                <w:rFonts w:ascii="Times New Roman" w:hAnsi="Times New Roman" w:eastAsia="Times New Roman"/>
                <w:b w:val="0"/>
                <w:sz w:val="21"/>
              </w:rPr>
              <w:t>07/09/2026</w:t>
            </w:r>
          </w:p>
        </w:tc>
      </w:tr>
    </w:tbl>
    <w:sectPr w:rsidR="00FC693F" w:rsidRPr="0006063C" w:rsidSect="00034616">
      <w:footerReference w:type="default" r:id="rId9"/>
      <w:pgSz w:w="12240" w:h="15840"/>
      <w:pgMar w:top="907" w:right="1020" w:bottom="85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color w:val="666666"/>
        <w:sz w:val="16"/>
      </w:rPr>
      <w:t>Tài liệu Word phục vụ người dùng Bizzi.vn | Kiểm tra nguồn: 07/09/2026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